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51DFA" w14:textId="77777777" w:rsidR="005033FD" w:rsidRPr="003F50A7" w:rsidRDefault="00000000">
      <w:pPr>
        <w:jc w:val="center"/>
        <w:rPr>
          <w:lang w:val="ru-RU"/>
        </w:rPr>
      </w:pPr>
      <w:r w:rsidRPr="003F50A7">
        <w:rPr>
          <w:b/>
          <w:sz w:val="36"/>
          <w:lang w:val="ru-RU"/>
        </w:rPr>
        <w:t>ПОЛИТИКА КОНФИДЕНЦИАЛЬНОСТИ</w:t>
      </w:r>
      <w:r w:rsidRPr="003F50A7">
        <w:rPr>
          <w:b/>
          <w:sz w:val="36"/>
          <w:lang w:val="ru-RU"/>
        </w:rPr>
        <w:br/>
        <w:t>И ОБРАБОТКИ ПЕРСОНАЛЬНЫХ ДАННЫХ</w:t>
      </w:r>
    </w:p>
    <w:p w14:paraId="557BD89C" w14:textId="77777777" w:rsidR="005033FD" w:rsidRPr="003F50A7" w:rsidRDefault="00000000">
      <w:pPr>
        <w:jc w:val="center"/>
      </w:pPr>
      <w:r w:rsidRPr="003F50A7">
        <w:t>редакция от 30 июля 2026 года</w:t>
      </w:r>
    </w:p>
    <w:tbl>
      <w:tblPr>
        <w:tblStyle w:val="aff0"/>
        <w:tblW w:w="0" w:type="auto"/>
        <w:jc w:val="center"/>
        <w:tblLook w:val="04A0" w:firstRow="1" w:lastRow="0" w:firstColumn="1" w:lastColumn="0" w:noHBand="0" w:noVBand="1"/>
      </w:tblPr>
      <w:tblGrid>
        <w:gridCol w:w="5071"/>
        <w:gridCol w:w="5071"/>
      </w:tblGrid>
      <w:tr w:rsidR="005033FD" w:rsidRPr="003F50A7" w14:paraId="67C3210F" w14:textId="77777777">
        <w:trPr>
          <w:jc w:val="center"/>
        </w:trPr>
        <w:tc>
          <w:tcPr>
            <w:tcW w:w="5071" w:type="dxa"/>
            <w:shd w:val="clear" w:color="auto" w:fill="F2F2F2"/>
            <w:vAlign w:val="center"/>
          </w:tcPr>
          <w:p w14:paraId="0B31BBE1" w14:textId="77777777" w:rsidR="005033FD" w:rsidRPr="003F50A7" w:rsidRDefault="00000000">
            <w:r w:rsidRPr="003F50A7">
              <w:rPr>
                <w:b/>
                <w:sz w:val="18"/>
              </w:rPr>
              <w:t>Сайт</w:t>
            </w:r>
          </w:p>
        </w:tc>
        <w:tc>
          <w:tcPr>
            <w:tcW w:w="5071" w:type="dxa"/>
            <w:vAlign w:val="center"/>
          </w:tcPr>
          <w:p w14:paraId="0E016D19" w14:textId="77777777" w:rsidR="005033FD" w:rsidRPr="003F50A7" w:rsidRDefault="00000000">
            <w:r w:rsidRPr="003F50A7">
              <w:rPr>
                <w:sz w:val="18"/>
              </w:rPr>
              <w:t>https://ideafixgroup.ru</w:t>
            </w:r>
          </w:p>
        </w:tc>
      </w:tr>
      <w:tr w:rsidR="005033FD" w:rsidRPr="003F50A7" w14:paraId="2B6F1797" w14:textId="77777777">
        <w:trPr>
          <w:jc w:val="center"/>
        </w:trPr>
        <w:tc>
          <w:tcPr>
            <w:tcW w:w="5071" w:type="dxa"/>
            <w:shd w:val="clear" w:color="auto" w:fill="F2F2F2"/>
            <w:vAlign w:val="center"/>
          </w:tcPr>
          <w:p w14:paraId="43D83981" w14:textId="77777777" w:rsidR="005033FD" w:rsidRPr="003F50A7" w:rsidRDefault="00000000">
            <w:r w:rsidRPr="003F50A7">
              <w:rPr>
                <w:b/>
                <w:sz w:val="18"/>
              </w:rPr>
              <w:t>Оператор</w:t>
            </w:r>
          </w:p>
        </w:tc>
        <w:tc>
          <w:tcPr>
            <w:tcW w:w="5071" w:type="dxa"/>
            <w:vAlign w:val="center"/>
          </w:tcPr>
          <w:p w14:paraId="5922E9C5" w14:textId="77777777" w:rsidR="005033FD" w:rsidRPr="003F50A7" w:rsidRDefault="00000000">
            <w:pPr>
              <w:rPr>
                <w:lang w:val="ru-RU"/>
              </w:rPr>
            </w:pPr>
            <w:r w:rsidRPr="003F50A7">
              <w:rPr>
                <w:sz w:val="18"/>
                <w:lang w:val="ru-RU"/>
              </w:rPr>
              <w:t>Общество с ограниченной ответственностью «Агентство коммуникаций «Идея-Фикс» (ООО «АК «Идея-Фикс»)</w:t>
            </w:r>
          </w:p>
        </w:tc>
      </w:tr>
      <w:tr w:rsidR="005033FD" w:rsidRPr="003F50A7" w14:paraId="38D1C58A" w14:textId="77777777">
        <w:trPr>
          <w:jc w:val="center"/>
        </w:trPr>
        <w:tc>
          <w:tcPr>
            <w:tcW w:w="5071" w:type="dxa"/>
            <w:shd w:val="clear" w:color="auto" w:fill="F2F2F2"/>
            <w:vAlign w:val="center"/>
          </w:tcPr>
          <w:p w14:paraId="5FE8BA58" w14:textId="77777777" w:rsidR="005033FD" w:rsidRPr="003F50A7" w:rsidRDefault="00000000">
            <w:r w:rsidRPr="003F50A7">
              <w:rPr>
                <w:b/>
                <w:sz w:val="18"/>
              </w:rPr>
              <w:t>ИНН / ОГРН</w:t>
            </w:r>
          </w:p>
        </w:tc>
        <w:tc>
          <w:tcPr>
            <w:tcW w:w="5071" w:type="dxa"/>
            <w:vAlign w:val="center"/>
          </w:tcPr>
          <w:p w14:paraId="7E41AE89" w14:textId="77777777" w:rsidR="005033FD" w:rsidRPr="003F50A7" w:rsidRDefault="00000000">
            <w:r w:rsidRPr="003F50A7">
              <w:rPr>
                <w:sz w:val="18"/>
              </w:rPr>
              <w:t>7453253490 / 1137453002598</w:t>
            </w:r>
          </w:p>
        </w:tc>
      </w:tr>
      <w:tr w:rsidR="005033FD" w:rsidRPr="003F50A7" w14:paraId="5C071DF1" w14:textId="77777777">
        <w:trPr>
          <w:jc w:val="center"/>
        </w:trPr>
        <w:tc>
          <w:tcPr>
            <w:tcW w:w="5071" w:type="dxa"/>
            <w:shd w:val="clear" w:color="auto" w:fill="F2F2F2"/>
            <w:vAlign w:val="center"/>
          </w:tcPr>
          <w:p w14:paraId="62941E11" w14:textId="77777777" w:rsidR="005033FD" w:rsidRPr="003F50A7" w:rsidRDefault="00000000">
            <w:r w:rsidRPr="003F50A7">
              <w:rPr>
                <w:b/>
                <w:sz w:val="18"/>
              </w:rPr>
              <w:t>Адрес оператора</w:t>
            </w:r>
          </w:p>
        </w:tc>
        <w:tc>
          <w:tcPr>
            <w:tcW w:w="5071" w:type="dxa"/>
            <w:vAlign w:val="center"/>
          </w:tcPr>
          <w:p w14:paraId="67525155" w14:textId="77777777" w:rsidR="005033FD" w:rsidRPr="003F50A7" w:rsidRDefault="00000000">
            <w:pPr>
              <w:rPr>
                <w:lang w:val="ru-RU"/>
              </w:rPr>
            </w:pPr>
            <w:r w:rsidRPr="003F50A7">
              <w:rPr>
                <w:sz w:val="18"/>
                <w:lang w:val="ru-RU"/>
              </w:rPr>
              <w:t>454081, г. Челябинск, ул. Артиллерийская, д. 83, офис 301</w:t>
            </w:r>
          </w:p>
        </w:tc>
      </w:tr>
      <w:tr w:rsidR="005033FD" w:rsidRPr="003F50A7" w14:paraId="5035B529" w14:textId="77777777">
        <w:trPr>
          <w:jc w:val="center"/>
        </w:trPr>
        <w:tc>
          <w:tcPr>
            <w:tcW w:w="5071" w:type="dxa"/>
            <w:shd w:val="clear" w:color="auto" w:fill="F2F2F2"/>
            <w:vAlign w:val="center"/>
          </w:tcPr>
          <w:p w14:paraId="18148E41" w14:textId="77777777" w:rsidR="005033FD" w:rsidRPr="003F50A7" w:rsidRDefault="00000000">
            <w:pPr>
              <w:rPr>
                <w:lang w:val="ru-RU"/>
              </w:rPr>
            </w:pPr>
            <w:r w:rsidRPr="003F50A7">
              <w:rPr>
                <w:b/>
                <w:sz w:val="18"/>
              </w:rPr>
              <w:t>E</w:t>
            </w:r>
            <w:r w:rsidRPr="003F50A7">
              <w:rPr>
                <w:b/>
                <w:sz w:val="18"/>
                <w:lang w:val="ru-RU"/>
              </w:rPr>
              <w:t>-</w:t>
            </w:r>
            <w:r w:rsidRPr="003F50A7">
              <w:rPr>
                <w:b/>
                <w:sz w:val="18"/>
              </w:rPr>
              <w:t>mail</w:t>
            </w:r>
            <w:r w:rsidRPr="003F50A7">
              <w:rPr>
                <w:b/>
                <w:sz w:val="18"/>
                <w:lang w:val="ru-RU"/>
              </w:rPr>
              <w:t xml:space="preserve"> для обращений субъектов персональных данных</w:t>
            </w:r>
          </w:p>
        </w:tc>
        <w:tc>
          <w:tcPr>
            <w:tcW w:w="5071" w:type="dxa"/>
            <w:vAlign w:val="center"/>
          </w:tcPr>
          <w:p w14:paraId="67A21613" w14:textId="77777777" w:rsidR="005033FD" w:rsidRPr="003F50A7" w:rsidRDefault="00000000">
            <w:r w:rsidRPr="003F50A7">
              <w:rPr>
                <w:sz w:val="18"/>
              </w:rPr>
              <w:t>marketing@ideafixgroup.com</w:t>
            </w:r>
          </w:p>
        </w:tc>
      </w:tr>
      <w:tr w:rsidR="005033FD" w:rsidRPr="003F50A7" w14:paraId="307E9B47" w14:textId="77777777">
        <w:trPr>
          <w:jc w:val="center"/>
        </w:trPr>
        <w:tc>
          <w:tcPr>
            <w:tcW w:w="5071" w:type="dxa"/>
            <w:shd w:val="clear" w:color="auto" w:fill="F2F2F2"/>
            <w:vAlign w:val="center"/>
          </w:tcPr>
          <w:p w14:paraId="3773D311" w14:textId="77777777" w:rsidR="005033FD" w:rsidRPr="003F50A7" w:rsidRDefault="00000000">
            <w:r w:rsidRPr="003F50A7">
              <w:rPr>
                <w:b/>
                <w:sz w:val="18"/>
              </w:rPr>
              <w:t>Телефон</w:t>
            </w:r>
          </w:p>
        </w:tc>
        <w:tc>
          <w:tcPr>
            <w:tcW w:w="5071" w:type="dxa"/>
            <w:vAlign w:val="center"/>
          </w:tcPr>
          <w:p w14:paraId="7174FF9A" w14:textId="77777777" w:rsidR="005033FD" w:rsidRPr="003F50A7" w:rsidRDefault="00000000">
            <w:r w:rsidRPr="003F50A7">
              <w:rPr>
                <w:sz w:val="18"/>
              </w:rPr>
              <w:t>+7 (351) 701-66-31</w:t>
            </w:r>
          </w:p>
        </w:tc>
      </w:tr>
      <w:tr w:rsidR="005033FD" w:rsidRPr="003F50A7" w14:paraId="27705DCE" w14:textId="77777777">
        <w:trPr>
          <w:jc w:val="center"/>
        </w:trPr>
        <w:tc>
          <w:tcPr>
            <w:tcW w:w="5071" w:type="dxa"/>
            <w:shd w:val="clear" w:color="auto" w:fill="F2F2F2"/>
            <w:vAlign w:val="center"/>
          </w:tcPr>
          <w:p w14:paraId="0417AEAA" w14:textId="77777777" w:rsidR="005033FD" w:rsidRPr="003F50A7" w:rsidRDefault="00000000">
            <w:r w:rsidRPr="003F50A7">
              <w:rPr>
                <w:b/>
                <w:sz w:val="18"/>
              </w:rPr>
              <w:t>Версия</w:t>
            </w:r>
          </w:p>
        </w:tc>
        <w:tc>
          <w:tcPr>
            <w:tcW w:w="5071" w:type="dxa"/>
            <w:vAlign w:val="center"/>
          </w:tcPr>
          <w:p w14:paraId="1B946842" w14:textId="77777777" w:rsidR="005033FD" w:rsidRPr="003F50A7" w:rsidRDefault="00000000">
            <w:r w:rsidRPr="003F50A7">
              <w:rPr>
                <w:sz w:val="18"/>
              </w:rPr>
              <w:t>1.0</w:t>
            </w:r>
          </w:p>
        </w:tc>
      </w:tr>
    </w:tbl>
    <w:p w14:paraId="1CCB79A9" w14:textId="77777777" w:rsidR="005033FD" w:rsidRPr="003F50A7" w:rsidRDefault="005033FD"/>
    <w:p w14:paraId="4507095B" w14:textId="77777777" w:rsidR="005033FD" w:rsidRPr="003F50A7" w:rsidRDefault="00000000">
      <w:pPr>
        <w:pStyle w:val="1"/>
        <w:rPr>
          <w:color w:val="auto"/>
          <w:lang w:val="ru-RU"/>
        </w:rPr>
      </w:pPr>
      <w:r w:rsidRPr="003F50A7">
        <w:rPr>
          <w:color w:val="auto"/>
          <w:lang w:val="ru-RU"/>
        </w:rPr>
        <w:t>1. Общие положения</w:t>
      </w:r>
    </w:p>
    <w:p w14:paraId="39FED468" w14:textId="77777777" w:rsidR="005033FD" w:rsidRPr="003F50A7" w:rsidRDefault="00000000">
      <w:pPr>
        <w:rPr>
          <w:lang w:val="ru-RU"/>
        </w:rPr>
      </w:pPr>
      <w:r w:rsidRPr="003F50A7">
        <w:rPr>
          <w:lang w:val="ru-RU"/>
        </w:rPr>
        <w:t xml:space="preserve">1.1. Настоящая Политика конфиденциальности и обработки персональных данных (далее - Политика) определяет порядок обработки и защиты персональных данных пользователей сайта </w:t>
      </w:r>
      <w:r w:rsidRPr="003F50A7">
        <w:t>https</w:t>
      </w:r>
      <w:r w:rsidRPr="003F50A7">
        <w:rPr>
          <w:lang w:val="ru-RU"/>
        </w:rPr>
        <w:t>://</w:t>
      </w:r>
      <w:r w:rsidRPr="003F50A7">
        <w:t>ideafixgroup</w:t>
      </w:r>
      <w:r w:rsidRPr="003F50A7">
        <w:rPr>
          <w:lang w:val="ru-RU"/>
        </w:rPr>
        <w:t>.</w:t>
      </w:r>
      <w:r w:rsidRPr="003F50A7">
        <w:t>ru</w:t>
      </w:r>
      <w:r w:rsidRPr="003F50A7">
        <w:rPr>
          <w:lang w:val="ru-RU"/>
        </w:rPr>
        <w:t xml:space="preserve"> (далее - Сайт).</w:t>
      </w:r>
    </w:p>
    <w:p w14:paraId="0027664A" w14:textId="77777777" w:rsidR="005033FD" w:rsidRPr="003F50A7" w:rsidRDefault="00000000">
      <w:pPr>
        <w:rPr>
          <w:lang w:val="ru-RU"/>
        </w:rPr>
      </w:pPr>
      <w:r w:rsidRPr="003F50A7">
        <w:rPr>
          <w:lang w:val="ru-RU"/>
        </w:rPr>
        <w:t>1.2. Оператором персональных данных является Общество с ограниченной ответственностью «Агентство коммуникаций «Идея-Фикс», ИНН 7453253490, ОГРН 1137453002598, адрес: 454081, г. Челябинск, ул. Артиллерийская, д. 83, офис 301 (далее - Оператор).</w:t>
      </w:r>
    </w:p>
    <w:p w14:paraId="028BC375" w14:textId="77777777" w:rsidR="005033FD" w:rsidRPr="003F50A7" w:rsidRDefault="00000000">
      <w:pPr>
        <w:rPr>
          <w:lang w:val="ru-RU"/>
        </w:rPr>
      </w:pPr>
      <w:r w:rsidRPr="003F50A7">
        <w:rPr>
          <w:lang w:val="ru-RU"/>
        </w:rPr>
        <w:t xml:space="preserve">1.3. Политика разработана в соответствии с Федеральным законом от 27.07.2006 </w:t>
      </w:r>
      <w:r w:rsidRPr="003F50A7">
        <w:t>N</w:t>
      </w:r>
      <w:r w:rsidRPr="003F50A7">
        <w:rPr>
          <w:lang w:val="ru-RU"/>
        </w:rPr>
        <w:t xml:space="preserve"> 152-ФЗ «О персональных данных», Федеральным законом от 13.03.2006 </w:t>
      </w:r>
      <w:r w:rsidRPr="003F50A7">
        <w:t>N</w:t>
      </w:r>
      <w:r w:rsidRPr="003F50A7">
        <w:rPr>
          <w:lang w:val="ru-RU"/>
        </w:rPr>
        <w:t xml:space="preserve"> 38-ФЗ «О рекламе», иными нормативными правовыми актами Российской Федерации.</w:t>
      </w:r>
    </w:p>
    <w:p w14:paraId="46D6172D" w14:textId="77777777" w:rsidR="005033FD" w:rsidRPr="003F50A7" w:rsidRDefault="00000000">
      <w:pPr>
        <w:rPr>
          <w:lang w:val="ru-RU"/>
        </w:rPr>
      </w:pPr>
      <w:r w:rsidRPr="003F50A7">
        <w:rPr>
          <w:lang w:val="ru-RU"/>
        </w:rPr>
        <w:t xml:space="preserve">1.4. Политика применяется к персональным данным, которые Оператор получает через Сайт, формы обратной связи, электронную почту, телефонные коммуникации, </w:t>
      </w:r>
      <w:r w:rsidRPr="003F50A7">
        <w:t>CRM</w:t>
      </w:r>
      <w:r w:rsidRPr="003F50A7">
        <w:rPr>
          <w:lang w:val="ru-RU"/>
        </w:rPr>
        <w:t>-систему и иные каналы, связанные с обработкой заявок пользователей.</w:t>
      </w:r>
    </w:p>
    <w:p w14:paraId="1E43FFFD" w14:textId="77777777" w:rsidR="005033FD" w:rsidRPr="003F50A7" w:rsidRDefault="00000000">
      <w:pPr>
        <w:rPr>
          <w:lang w:val="ru-RU"/>
        </w:rPr>
      </w:pPr>
      <w:r w:rsidRPr="003F50A7">
        <w:rPr>
          <w:lang w:val="ru-RU"/>
        </w:rPr>
        <w:t>1.5. Использование Сайта и отправка форм означают, что пользователь ознакомлен с настоящей Политикой. Ознакомление с Политикой само по себе не заменяет отдельного согласия на обработку персональных данных и отдельного согласия на получение рекламы.</w:t>
      </w:r>
    </w:p>
    <w:p w14:paraId="31C060FB" w14:textId="77777777" w:rsidR="005033FD" w:rsidRPr="003F50A7" w:rsidRDefault="00000000">
      <w:pPr>
        <w:rPr>
          <w:lang w:val="ru-RU"/>
        </w:rPr>
      </w:pPr>
      <w:r w:rsidRPr="003F50A7">
        <w:rPr>
          <w:lang w:val="ru-RU"/>
        </w:rPr>
        <w:t>1.6. Оператор не занимается и не планирует заниматься трансграничной передачей персональных данных. Обработка, запись, систематизация, накопление, хранение, уточнение, извлечение и использование персональных данных граждан Российской Федерации осуществляются с использованием баз данных, находящихся на территории Российской Федерации.</w:t>
      </w:r>
    </w:p>
    <w:p w14:paraId="3C554F61" w14:textId="77777777" w:rsidR="005033FD" w:rsidRPr="003F50A7" w:rsidRDefault="00000000">
      <w:pPr>
        <w:pStyle w:val="1"/>
        <w:rPr>
          <w:color w:val="auto"/>
        </w:rPr>
      </w:pPr>
      <w:r w:rsidRPr="003F50A7">
        <w:rPr>
          <w:color w:val="auto"/>
        </w:rPr>
        <w:t>2. Термины</w:t>
      </w:r>
    </w:p>
    <w:p w14:paraId="2FD3200B" w14:textId="77777777" w:rsidR="005033FD" w:rsidRPr="003F50A7" w:rsidRDefault="00000000">
      <w:pPr>
        <w:pStyle w:val="a0"/>
        <w:rPr>
          <w:lang w:val="ru-RU"/>
        </w:rPr>
      </w:pPr>
      <w:r w:rsidRPr="003F50A7">
        <w:rPr>
          <w:b/>
          <w:lang w:val="ru-RU"/>
        </w:rPr>
        <w:t xml:space="preserve">Персональные данные - </w:t>
      </w:r>
      <w:r w:rsidRPr="003F50A7">
        <w:rPr>
          <w:lang w:val="ru-RU"/>
        </w:rPr>
        <w:t>любая информация, относящаяся прямо или косвенно к определенному или определяемому физическому лицу.</w:t>
      </w:r>
    </w:p>
    <w:p w14:paraId="51811DBD" w14:textId="77777777" w:rsidR="005033FD" w:rsidRPr="003F50A7" w:rsidRDefault="00000000">
      <w:pPr>
        <w:pStyle w:val="a0"/>
        <w:rPr>
          <w:lang w:val="ru-RU"/>
        </w:rPr>
      </w:pPr>
      <w:r w:rsidRPr="003F50A7">
        <w:rPr>
          <w:b/>
          <w:lang w:val="ru-RU"/>
        </w:rPr>
        <w:t xml:space="preserve">Пользователь - </w:t>
      </w:r>
      <w:r w:rsidRPr="003F50A7">
        <w:rPr>
          <w:lang w:val="ru-RU"/>
        </w:rPr>
        <w:t>посетитель Сайта, который просматривает материалы Сайта, заполняет форму, оставляет заявку, запрашивает информацию или взаимодействует с Оператором.</w:t>
      </w:r>
    </w:p>
    <w:p w14:paraId="615EAA09" w14:textId="77777777" w:rsidR="005033FD" w:rsidRPr="003F50A7" w:rsidRDefault="00000000">
      <w:pPr>
        <w:pStyle w:val="a0"/>
        <w:rPr>
          <w:lang w:val="ru-RU"/>
        </w:rPr>
      </w:pPr>
      <w:r w:rsidRPr="003F50A7">
        <w:rPr>
          <w:b/>
          <w:lang w:val="ru-RU"/>
        </w:rPr>
        <w:t xml:space="preserve">Оператор - </w:t>
      </w:r>
      <w:r w:rsidRPr="003F50A7">
        <w:rPr>
          <w:lang w:val="ru-RU"/>
        </w:rPr>
        <w:t>лицо, самостоятельно или совместно с другими лицами организующее и/или осуществляющее обработку персональных данных, а также определяющее цели обработки, состав персональных данных и действия с ними.</w:t>
      </w:r>
    </w:p>
    <w:p w14:paraId="07ADF4F6" w14:textId="77777777" w:rsidR="005033FD" w:rsidRPr="003F50A7" w:rsidRDefault="00000000">
      <w:pPr>
        <w:pStyle w:val="a0"/>
        <w:rPr>
          <w:lang w:val="ru-RU"/>
        </w:rPr>
      </w:pPr>
      <w:r w:rsidRPr="003F50A7">
        <w:rPr>
          <w:b/>
          <w:lang w:val="ru-RU"/>
        </w:rPr>
        <w:lastRenderedPageBreak/>
        <w:t xml:space="preserve">Обработка персональных данных - </w:t>
      </w:r>
      <w:r w:rsidRPr="003F50A7">
        <w:rPr>
          <w:lang w:val="ru-RU"/>
        </w:rPr>
        <w:t>любое действие или совокупность действий с персональными данными, включая сбор, запись, систематизацию, накопление, хранение, уточнение, использование, передачу, обезличивание, блокирование, удаление и уничтожение.</w:t>
      </w:r>
    </w:p>
    <w:p w14:paraId="379B451A" w14:textId="77777777" w:rsidR="005033FD" w:rsidRPr="003F50A7" w:rsidRDefault="00000000">
      <w:pPr>
        <w:pStyle w:val="a0"/>
        <w:rPr>
          <w:lang w:val="ru-RU"/>
        </w:rPr>
      </w:pPr>
      <w:r w:rsidRPr="003F50A7">
        <w:rPr>
          <w:b/>
        </w:rPr>
        <w:t>CRM</w:t>
      </w:r>
      <w:r w:rsidRPr="003F50A7">
        <w:rPr>
          <w:b/>
          <w:lang w:val="ru-RU"/>
        </w:rPr>
        <w:t xml:space="preserve">-система - </w:t>
      </w:r>
      <w:r w:rsidRPr="003F50A7">
        <w:rPr>
          <w:lang w:val="ru-RU"/>
        </w:rPr>
        <w:t>информационная система, используемая Оператором для учета заявок, лидов, обращений, коммуникаций и работы с потенциальными и действующими клиентами, включая Битрикс24 или иную фактически используемую систему.</w:t>
      </w:r>
    </w:p>
    <w:p w14:paraId="5AB6D813" w14:textId="77777777" w:rsidR="005033FD" w:rsidRPr="003F50A7" w:rsidRDefault="00000000">
      <w:pPr>
        <w:pStyle w:val="a0"/>
        <w:rPr>
          <w:lang w:val="ru-RU"/>
        </w:rPr>
      </w:pPr>
      <w:r w:rsidRPr="003F50A7">
        <w:rPr>
          <w:b/>
          <w:lang w:val="ru-RU"/>
        </w:rPr>
        <w:t xml:space="preserve">Рекламная рассылка - </w:t>
      </w:r>
      <w:r w:rsidRPr="003F50A7">
        <w:rPr>
          <w:lang w:val="ru-RU"/>
        </w:rPr>
        <w:t>сообщения, звонки, письма, уведомления и иные коммуникации рекламного или маркетингового характера, направленные на продвижение услуг, проектов, предложений, мероприятий и материалов Оператора.</w:t>
      </w:r>
    </w:p>
    <w:p w14:paraId="338C44BE" w14:textId="77777777" w:rsidR="005033FD" w:rsidRPr="003F50A7" w:rsidRDefault="00000000">
      <w:pPr>
        <w:pStyle w:val="1"/>
        <w:rPr>
          <w:color w:val="auto"/>
          <w:lang w:val="ru-RU"/>
        </w:rPr>
      </w:pPr>
      <w:r w:rsidRPr="003F50A7">
        <w:rPr>
          <w:color w:val="auto"/>
          <w:lang w:val="ru-RU"/>
        </w:rPr>
        <w:t>3. Какие персональные данные обрабатывает Оператор</w:t>
      </w:r>
    </w:p>
    <w:p w14:paraId="2735FFD2" w14:textId="77777777" w:rsidR="005033FD" w:rsidRPr="003F50A7" w:rsidRDefault="00000000">
      <w:pPr>
        <w:rPr>
          <w:lang w:val="ru-RU"/>
        </w:rPr>
      </w:pPr>
      <w:r w:rsidRPr="003F50A7">
        <w:rPr>
          <w:lang w:val="ru-RU"/>
        </w:rPr>
        <w:t>3.1. При заполнении форм на Сайте Оператор может обрабатывать следующие персональные данные пользователя:</w:t>
      </w:r>
    </w:p>
    <w:p w14:paraId="5DA3EA1D" w14:textId="77777777" w:rsidR="005033FD" w:rsidRPr="003F50A7" w:rsidRDefault="00000000">
      <w:pPr>
        <w:pStyle w:val="a0"/>
        <w:rPr>
          <w:lang w:val="ru-RU"/>
        </w:rPr>
      </w:pPr>
      <w:r w:rsidRPr="003F50A7">
        <w:rPr>
          <w:lang w:val="ru-RU"/>
        </w:rPr>
        <w:t>имя или иное указанное пользователем обращение;</w:t>
      </w:r>
    </w:p>
    <w:p w14:paraId="745937AB" w14:textId="77777777" w:rsidR="005033FD" w:rsidRPr="003F50A7" w:rsidRDefault="00000000">
      <w:pPr>
        <w:pStyle w:val="a0"/>
      </w:pPr>
      <w:r w:rsidRPr="003F50A7">
        <w:t>номер телефона;</w:t>
      </w:r>
    </w:p>
    <w:p w14:paraId="1DB992DC" w14:textId="77777777" w:rsidR="005033FD" w:rsidRPr="003F50A7" w:rsidRDefault="00000000">
      <w:pPr>
        <w:pStyle w:val="a0"/>
      </w:pPr>
      <w:r w:rsidRPr="003F50A7">
        <w:t>адрес электронной почты;</w:t>
      </w:r>
    </w:p>
    <w:p w14:paraId="7343BF96" w14:textId="77777777" w:rsidR="005033FD" w:rsidRPr="003F50A7" w:rsidRDefault="00000000">
      <w:pPr>
        <w:pStyle w:val="a0"/>
        <w:rPr>
          <w:lang w:val="ru-RU"/>
        </w:rPr>
      </w:pPr>
      <w:r w:rsidRPr="003F50A7">
        <w:rPr>
          <w:lang w:val="ru-RU"/>
        </w:rPr>
        <w:t>текст комментария, описание проекта, вопрос, сведения о запрашиваемом материале;</w:t>
      </w:r>
    </w:p>
    <w:p w14:paraId="0919CA24" w14:textId="77777777" w:rsidR="005033FD" w:rsidRPr="003F50A7" w:rsidRDefault="00000000">
      <w:pPr>
        <w:pStyle w:val="a0"/>
        <w:rPr>
          <w:lang w:val="ru-RU"/>
        </w:rPr>
      </w:pPr>
      <w:r w:rsidRPr="003F50A7">
        <w:rPr>
          <w:lang w:val="ru-RU"/>
        </w:rPr>
        <w:t>иные сведения, которые пользователь самостоятельно указывает в форме или сообщает менеджеру Оператора.</w:t>
      </w:r>
    </w:p>
    <w:p w14:paraId="3D6C893E" w14:textId="77777777" w:rsidR="005033FD" w:rsidRPr="003F50A7" w:rsidRDefault="00000000">
      <w:pPr>
        <w:rPr>
          <w:lang w:val="ru-RU"/>
        </w:rPr>
      </w:pPr>
      <w:r w:rsidRPr="003F50A7">
        <w:rPr>
          <w:lang w:val="ru-RU"/>
        </w:rPr>
        <w:t xml:space="preserve">3.2. При посещении Сайта могут автоматически обрабатываться технические данные: </w:t>
      </w:r>
      <w:r w:rsidRPr="003F50A7">
        <w:t>IP</w:t>
      </w:r>
      <w:r w:rsidRPr="003F50A7">
        <w:rPr>
          <w:lang w:val="ru-RU"/>
        </w:rPr>
        <w:t xml:space="preserve">-адрес, сведения о браузере и устройстве, дата и время посещения, источник перехода, адреса посещенных страниц, действия на Сайте, </w:t>
      </w:r>
      <w:r w:rsidRPr="003F50A7">
        <w:t>cookie</w:t>
      </w:r>
      <w:r w:rsidRPr="003F50A7">
        <w:rPr>
          <w:lang w:val="ru-RU"/>
        </w:rPr>
        <w:t>-файлы, идентификаторы сессий и данные систем веб-аналитики.</w:t>
      </w:r>
    </w:p>
    <w:p w14:paraId="07D9D1EA" w14:textId="77777777" w:rsidR="005033FD" w:rsidRPr="003F50A7" w:rsidRDefault="00000000">
      <w:pPr>
        <w:rPr>
          <w:lang w:val="ru-RU"/>
        </w:rPr>
      </w:pPr>
      <w:r w:rsidRPr="003F50A7">
        <w:rPr>
          <w:lang w:val="ru-RU"/>
        </w:rPr>
        <w:t>3.3. Оператор не запрашивает через формы Сайта специальные категории персональных данных, биометрические персональные данные, паспортные данные, сведения о здоровье, религиозных или политических взглядах, интимной жизни и иные избыточные данные. Пользователю не следует указывать такие сведения в свободных полях форм.</w:t>
      </w:r>
    </w:p>
    <w:p w14:paraId="4A56AEF0" w14:textId="77777777" w:rsidR="005033FD" w:rsidRPr="003F50A7" w:rsidRDefault="00000000">
      <w:pPr>
        <w:rPr>
          <w:lang w:val="ru-RU"/>
        </w:rPr>
      </w:pPr>
      <w:r w:rsidRPr="003F50A7">
        <w:rPr>
          <w:lang w:val="ru-RU"/>
        </w:rPr>
        <w:t>3.4. Если пользователь по собственной инициативе указывает в комментарии избыточные сведения, Оператор вправе не учитывать такие сведения при обработке заявки и удалить их, если они не требуются для заявленной цели обработки.</w:t>
      </w:r>
    </w:p>
    <w:p w14:paraId="7A81F81D" w14:textId="77777777" w:rsidR="005033FD" w:rsidRPr="003F50A7" w:rsidRDefault="00000000">
      <w:pPr>
        <w:pStyle w:val="1"/>
        <w:rPr>
          <w:color w:val="auto"/>
          <w:lang w:val="ru-RU"/>
        </w:rPr>
      </w:pPr>
      <w:r w:rsidRPr="003F50A7">
        <w:rPr>
          <w:color w:val="auto"/>
          <w:lang w:val="ru-RU"/>
        </w:rPr>
        <w:t>4. Цели обработки персональных данных</w:t>
      </w:r>
    </w:p>
    <w:p w14:paraId="671862F3" w14:textId="77777777" w:rsidR="005033FD" w:rsidRPr="003F50A7" w:rsidRDefault="00000000">
      <w:pPr>
        <w:rPr>
          <w:lang w:val="ru-RU"/>
        </w:rPr>
      </w:pPr>
      <w:r w:rsidRPr="003F50A7">
        <w:rPr>
          <w:lang w:val="ru-RU"/>
        </w:rPr>
        <w:t>4.1. Оператор обрабатывает персональные данные пользователей в следующих целях:</w:t>
      </w:r>
    </w:p>
    <w:p w14:paraId="2D98EC34" w14:textId="77777777" w:rsidR="005033FD" w:rsidRPr="003F50A7" w:rsidRDefault="00000000">
      <w:pPr>
        <w:pStyle w:val="a0"/>
        <w:rPr>
          <w:lang w:val="ru-RU"/>
        </w:rPr>
      </w:pPr>
      <w:r w:rsidRPr="003F50A7">
        <w:rPr>
          <w:lang w:val="ru-RU"/>
        </w:rPr>
        <w:t>прием, регистрация и обработка заявки пользователя;</w:t>
      </w:r>
    </w:p>
    <w:p w14:paraId="5EAA5E41" w14:textId="77777777" w:rsidR="005033FD" w:rsidRPr="003F50A7" w:rsidRDefault="00000000">
      <w:pPr>
        <w:pStyle w:val="a0"/>
        <w:rPr>
          <w:lang w:val="ru-RU"/>
        </w:rPr>
      </w:pPr>
      <w:r w:rsidRPr="003F50A7">
        <w:rPr>
          <w:lang w:val="ru-RU"/>
        </w:rPr>
        <w:t>обратная связь с пользователем по телефону, электронной почте и иным указанным каналам;</w:t>
      </w:r>
    </w:p>
    <w:p w14:paraId="48EEDBDF" w14:textId="77777777" w:rsidR="005033FD" w:rsidRPr="003F50A7" w:rsidRDefault="00000000">
      <w:pPr>
        <w:pStyle w:val="a0"/>
        <w:rPr>
          <w:lang w:val="ru-RU"/>
        </w:rPr>
      </w:pPr>
      <w:r w:rsidRPr="003F50A7">
        <w:rPr>
          <w:lang w:val="ru-RU"/>
        </w:rPr>
        <w:t>автоматическая отправка пользователю запрошенной информации, презентации, концепции, материала, ответа или иного файла на указанный адрес электронной почты;</w:t>
      </w:r>
    </w:p>
    <w:p w14:paraId="0E75E84F" w14:textId="77777777" w:rsidR="005033FD" w:rsidRPr="003F50A7" w:rsidRDefault="00000000">
      <w:pPr>
        <w:pStyle w:val="a0"/>
        <w:rPr>
          <w:lang w:val="ru-RU"/>
        </w:rPr>
      </w:pPr>
      <w:r w:rsidRPr="003F50A7">
        <w:rPr>
          <w:lang w:val="ru-RU"/>
        </w:rPr>
        <w:t xml:space="preserve">передача заявки в </w:t>
      </w:r>
      <w:r w:rsidRPr="003F50A7">
        <w:t>CRM</w:t>
      </w:r>
      <w:r w:rsidRPr="003F50A7">
        <w:rPr>
          <w:lang w:val="ru-RU"/>
        </w:rPr>
        <w:t>-систему и ведение истории коммуникаций с пользователем;</w:t>
      </w:r>
    </w:p>
    <w:p w14:paraId="5C5DE08F" w14:textId="77777777" w:rsidR="005033FD" w:rsidRPr="003F50A7" w:rsidRDefault="00000000">
      <w:pPr>
        <w:pStyle w:val="a0"/>
        <w:rPr>
          <w:lang w:val="ru-RU"/>
        </w:rPr>
      </w:pPr>
      <w:r w:rsidRPr="003F50A7">
        <w:rPr>
          <w:lang w:val="ru-RU"/>
        </w:rPr>
        <w:t>подготовка консультации, предложения, сметы, коммерческого предложения, договора или иных материалов по запросу пользователя;</w:t>
      </w:r>
    </w:p>
    <w:p w14:paraId="187CC131" w14:textId="77777777" w:rsidR="005033FD" w:rsidRPr="003F50A7" w:rsidRDefault="00000000">
      <w:pPr>
        <w:pStyle w:val="a0"/>
        <w:rPr>
          <w:lang w:val="ru-RU"/>
        </w:rPr>
      </w:pPr>
      <w:r w:rsidRPr="003F50A7">
        <w:rPr>
          <w:lang w:val="ru-RU"/>
        </w:rPr>
        <w:t>организация звонка менеджера после получения заявки;</w:t>
      </w:r>
    </w:p>
    <w:p w14:paraId="050C3638" w14:textId="77777777" w:rsidR="005033FD" w:rsidRPr="003F50A7" w:rsidRDefault="00000000">
      <w:pPr>
        <w:pStyle w:val="a0"/>
        <w:rPr>
          <w:lang w:val="ru-RU"/>
        </w:rPr>
      </w:pPr>
      <w:r w:rsidRPr="003F50A7">
        <w:rPr>
          <w:lang w:val="ru-RU"/>
        </w:rPr>
        <w:t>работа с потенциальными и действующими клиентами Оператора;</w:t>
      </w:r>
    </w:p>
    <w:p w14:paraId="4088A569" w14:textId="77777777" w:rsidR="005033FD" w:rsidRPr="003F50A7" w:rsidRDefault="00000000">
      <w:pPr>
        <w:pStyle w:val="a0"/>
        <w:rPr>
          <w:lang w:val="ru-RU"/>
        </w:rPr>
      </w:pPr>
      <w:r w:rsidRPr="003F50A7">
        <w:rPr>
          <w:lang w:val="ru-RU"/>
        </w:rPr>
        <w:t>улучшение работы Сайта, анализ источников заявок, оценка эффективности форм, рекламных кампаний и пользовательского пути;</w:t>
      </w:r>
    </w:p>
    <w:p w14:paraId="553E8748" w14:textId="77777777" w:rsidR="005033FD" w:rsidRPr="003F50A7" w:rsidRDefault="00000000">
      <w:pPr>
        <w:pStyle w:val="a0"/>
        <w:rPr>
          <w:lang w:val="ru-RU"/>
        </w:rPr>
      </w:pPr>
      <w:r w:rsidRPr="003F50A7">
        <w:rPr>
          <w:lang w:val="ru-RU"/>
        </w:rPr>
        <w:t>обеспечение безопасности Сайта, предотвращение злоупотреблений, технических сбоев и несанкционированных действий;</w:t>
      </w:r>
    </w:p>
    <w:p w14:paraId="5AD8C2B3" w14:textId="77777777" w:rsidR="005033FD" w:rsidRPr="003F50A7" w:rsidRDefault="00000000">
      <w:pPr>
        <w:pStyle w:val="a0"/>
        <w:rPr>
          <w:lang w:val="ru-RU"/>
        </w:rPr>
      </w:pPr>
      <w:r w:rsidRPr="003F50A7">
        <w:rPr>
          <w:lang w:val="ru-RU"/>
        </w:rPr>
        <w:lastRenderedPageBreak/>
        <w:t>исполнение обязанностей Оператора, предусмотренных законодательством Российской Федерации.</w:t>
      </w:r>
    </w:p>
    <w:p w14:paraId="48B23C4C" w14:textId="77777777" w:rsidR="005033FD" w:rsidRPr="003F50A7" w:rsidRDefault="00000000">
      <w:pPr>
        <w:rPr>
          <w:lang w:val="ru-RU"/>
        </w:rPr>
      </w:pPr>
      <w:r w:rsidRPr="003F50A7">
        <w:rPr>
          <w:lang w:val="ru-RU"/>
        </w:rPr>
        <w:t xml:space="preserve">4.2. Направление рекламных и прогревающих писем, рекламных звонков, </w:t>
      </w:r>
      <w:r w:rsidRPr="003F50A7">
        <w:t>SMS</w:t>
      </w:r>
      <w:r w:rsidRPr="003F50A7">
        <w:rPr>
          <w:lang w:val="ru-RU"/>
        </w:rPr>
        <w:t>, сообщений в мессенджерах и иных маркетинговых коммуникаций допускается только при наличии отдельного предварительного согласия пользователя на получение рекламы.</w:t>
      </w:r>
    </w:p>
    <w:p w14:paraId="78BFFF54" w14:textId="77777777" w:rsidR="005033FD" w:rsidRPr="003F50A7" w:rsidRDefault="00000000">
      <w:pPr>
        <w:rPr>
          <w:lang w:val="ru-RU"/>
        </w:rPr>
      </w:pPr>
      <w:r w:rsidRPr="003F50A7">
        <w:rPr>
          <w:lang w:val="ru-RU"/>
        </w:rPr>
        <w:t>4.3. Если пользователь не дал отдельное согласие на получение рекламы, Оператор вправе использовать его контактные данные только для обработки конкретного запроса, направления запрошенной информации, связи по заявке и исполнения обязательств, связанных с обращением пользователя.</w:t>
      </w:r>
    </w:p>
    <w:p w14:paraId="78B343E8" w14:textId="77777777" w:rsidR="005033FD" w:rsidRPr="003F50A7" w:rsidRDefault="00000000">
      <w:pPr>
        <w:pStyle w:val="1"/>
        <w:rPr>
          <w:color w:val="auto"/>
          <w:lang w:val="ru-RU"/>
        </w:rPr>
      </w:pPr>
      <w:r w:rsidRPr="003F50A7">
        <w:rPr>
          <w:color w:val="auto"/>
          <w:lang w:val="ru-RU"/>
        </w:rPr>
        <w:t>5. Правовые основания обработки персональных данных</w:t>
      </w:r>
    </w:p>
    <w:p w14:paraId="10410801" w14:textId="77777777" w:rsidR="005033FD" w:rsidRPr="003F50A7" w:rsidRDefault="00000000">
      <w:pPr>
        <w:rPr>
          <w:lang w:val="ru-RU"/>
        </w:rPr>
      </w:pPr>
      <w:r w:rsidRPr="003F50A7">
        <w:rPr>
          <w:lang w:val="ru-RU"/>
        </w:rPr>
        <w:t>5.1. Правовыми основаниями обработки персональных данных являются:</w:t>
      </w:r>
    </w:p>
    <w:p w14:paraId="29DCD76C" w14:textId="77777777" w:rsidR="005033FD" w:rsidRPr="003F50A7" w:rsidRDefault="00000000">
      <w:pPr>
        <w:pStyle w:val="a0"/>
        <w:rPr>
          <w:lang w:val="ru-RU"/>
        </w:rPr>
      </w:pPr>
      <w:r w:rsidRPr="003F50A7">
        <w:rPr>
          <w:lang w:val="ru-RU"/>
        </w:rPr>
        <w:t>согласие пользователя на обработку персональных данных;</w:t>
      </w:r>
    </w:p>
    <w:p w14:paraId="18410189" w14:textId="77777777" w:rsidR="005033FD" w:rsidRPr="003F50A7" w:rsidRDefault="00000000">
      <w:pPr>
        <w:pStyle w:val="a0"/>
        <w:rPr>
          <w:lang w:val="ru-RU"/>
        </w:rPr>
      </w:pPr>
      <w:r w:rsidRPr="003F50A7">
        <w:rPr>
          <w:lang w:val="ru-RU"/>
        </w:rPr>
        <w:t>действия по запросу пользователя до заключения договора;</w:t>
      </w:r>
    </w:p>
    <w:p w14:paraId="10E49A32" w14:textId="77777777" w:rsidR="005033FD" w:rsidRPr="003F50A7" w:rsidRDefault="00000000">
      <w:pPr>
        <w:pStyle w:val="a0"/>
        <w:rPr>
          <w:lang w:val="ru-RU"/>
        </w:rPr>
      </w:pPr>
      <w:r w:rsidRPr="003F50A7">
        <w:rPr>
          <w:lang w:val="ru-RU"/>
        </w:rPr>
        <w:t>заключение и исполнение договора, если пользователь становится клиентом Оператора;</w:t>
      </w:r>
    </w:p>
    <w:p w14:paraId="2CFC3733" w14:textId="77777777" w:rsidR="005033FD" w:rsidRPr="003F50A7" w:rsidRDefault="00000000">
      <w:pPr>
        <w:pStyle w:val="a0"/>
        <w:rPr>
          <w:lang w:val="ru-RU"/>
        </w:rPr>
      </w:pPr>
      <w:r w:rsidRPr="003F50A7">
        <w:rPr>
          <w:lang w:val="ru-RU"/>
        </w:rPr>
        <w:t>исполнение обязанностей, возложенных на Оператора законодательством Российской Федерации;</w:t>
      </w:r>
    </w:p>
    <w:p w14:paraId="62DE5A7E" w14:textId="77777777" w:rsidR="005033FD" w:rsidRPr="003F50A7" w:rsidRDefault="00000000">
      <w:pPr>
        <w:pStyle w:val="a0"/>
        <w:rPr>
          <w:lang w:val="ru-RU"/>
        </w:rPr>
      </w:pPr>
      <w:r w:rsidRPr="003F50A7">
        <w:rPr>
          <w:lang w:val="ru-RU"/>
        </w:rPr>
        <w:t>отдельное согласие пользователя на получение рекламы - для рекламных и маркетинговых сообщений, звонков и рассылок.</w:t>
      </w:r>
    </w:p>
    <w:p w14:paraId="0742921B" w14:textId="77777777" w:rsidR="005033FD" w:rsidRPr="003F50A7" w:rsidRDefault="00000000">
      <w:pPr>
        <w:rPr>
          <w:lang w:val="ru-RU"/>
        </w:rPr>
      </w:pPr>
      <w:r w:rsidRPr="003F50A7">
        <w:rPr>
          <w:lang w:val="ru-RU"/>
        </w:rPr>
        <w:t>5.2. Согласие на обработку персональных данных предоставляется пользователем путем проставления отдельной отметки в чекбоксе перед отправкой формы на Сайте. Согласие на получение рекламы предоставляется путем проставления отдельной самостоятельной отметки в отдельном чекбоксе.</w:t>
      </w:r>
    </w:p>
    <w:p w14:paraId="1FEBD2BA" w14:textId="77777777" w:rsidR="005033FD" w:rsidRPr="003F50A7" w:rsidRDefault="00000000">
      <w:pPr>
        <w:pStyle w:val="1"/>
        <w:rPr>
          <w:color w:val="auto"/>
          <w:lang w:val="ru-RU"/>
        </w:rPr>
      </w:pPr>
      <w:r w:rsidRPr="003F50A7">
        <w:rPr>
          <w:color w:val="auto"/>
          <w:lang w:val="ru-RU"/>
        </w:rPr>
        <w:t>6. Порядок обработки заявок через Сайт</w:t>
      </w:r>
    </w:p>
    <w:p w14:paraId="34FFF6E6" w14:textId="77777777" w:rsidR="005033FD" w:rsidRPr="003F50A7" w:rsidRDefault="00000000">
      <w:pPr>
        <w:rPr>
          <w:lang w:val="ru-RU"/>
        </w:rPr>
      </w:pPr>
      <w:r w:rsidRPr="003F50A7">
        <w:rPr>
          <w:lang w:val="ru-RU"/>
        </w:rPr>
        <w:t>6.1. Пользователь нажимает кнопку «оставить заявку» или иную кнопку, связанную с отправкой формы, указывает контактные данные и направляет форму Оператору.</w:t>
      </w:r>
    </w:p>
    <w:p w14:paraId="5AAF9A6A" w14:textId="77777777" w:rsidR="005033FD" w:rsidRPr="003F50A7" w:rsidRDefault="00000000">
      <w:pPr>
        <w:rPr>
          <w:lang w:val="ru-RU"/>
        </w:rPr>
      </w:pPr>
      <w:r w:rsidRPr="003F50A7">
        <w:rPr>
          <w:lang w:val="ru-RU"/>
        </w:rPr>
        <w:t xml:space="preserve">6.2. После отправки формы данные пользователя передаются в </w:t>
      </w:r>
      <w:r w:rsidRPr="003F50A7">
        <w:t>CRM</w:t>
      </w:r>
      <w:r w:rsidRPr="003F50A7">
        <w:rPr>
          <w:lang w:val="ru-RU"/>
        </w:rPr>
        <w:t>-систему Оператора, где формируется заявка или лид для последующей обработки менеджером.</w:t>
      </w:r>
    </w:p>
    <w:p w14:paraId="1DC3AB94" w14:textId="77777777" w:rsidR="005033FD" w:rsidRPr="003F50A7" w:rsidRDefault="00000000">
      <w:pPr>
        <w:rPr>
          <w:lang w:val="ru-RU"/>
        </w:rPr>
      </w:pPr>
      <w:r w:rsidRPr="003F50A7">
        <w:rPr>
          <w:lang w:val="ru-RU"/>
        </w:rPr>
        <w:t>6.3. Если пользователь запрашивает конкретную информацию или материал, система может автоматически направить такой материал на указанный пользователем адрес электронной почты.</w:t>
      </w:r>
    </w:p>
    <w:p w14:paraId="769A02C9" w14:textId="77777777" w:rsidR="005033FD" w:rsidRPr="003F50A7" w:rsidRDefault="00000000">
      <w:pPr>
        <w:rPr>
          <w:lang w:val="ru-RU"/>
        </w:rPr>
      </w:pPr>
      <w:r w:rsidRPr="003F50A7">
        <w:rPr>
          <w:lang w:val="ru-RU"/>
        </w:rPr>
        <w:t>6.4. После получения заявки менеджер Оператора может связаться с пользователем по телефону или электронной почте для уточнения запроса, обсуждения проекта, подготовки предложения или ответа на вопрос.</w:t>
      </w:r>
    </w:p>
    <w:p w14:paraId="0D69D7CD" w14:textId="77777777" w:rsidR="005033FD" w:rsidRPr="003F50A7" w:rsidRDefault="00000000">
      <w:pPr>
        <w:rPr>
          <w:lang w:val="ru-RU"/>
        </w:rPr>
      </w:pPr>
      <w:r w:rsidRPr="003F50A7">
        <w:rPr>
          <w:lang w:val="ru-RU"/>
        </w:rPr>
        <w:t>6.5. Дальнейшие рекламные, прогревающие и маркетинговые письма, звонки и сообщения направляются только при наличии отдельного согласия пользователя на получение рекламы.</w:t>
      </w:r>
    </w:p>
    <w:p w14:paraId="308893D6" w14:textId="77777777" w:rsidR="005033FD" w:rsidRPr="003F50A7" w:rsidRDefault="00000000">
      <w:pPr>
        <w:rPr>
          <w:lang w:val="ru-RU"/>
        </w:rPr>
      </w:pPr>
      <w:r w:rsidRPr="003F50A7">
        <w:rPr>
          <w:lang w:val="ru-RU"/>
        </w:rPr>
        <w:t xml:space="preserve">6.6. Оператор фиксирует сведения, позволяющие подтвердить факт получения согласий: дату и время отправки формы, источник, </w:t>
      </w:r>
      <w:r w:rsidRPr="003F50A7">
        <w:t>IP</w:t>
      </w:r>
      <w:r w:rsidRPr="003F50A7">
        <w:rPr>
          <w:lang w:val="ru-RU"/>
        </w:rPr>
        <w:t>-адрес, текст согласия на момент его предоставления, статус чекбоксов и иные технические сведения, необходимые для доказывания правомерности обработки.</w:t>
      </w:r>
    </w:p>
    <w:p w14:paraId="029C53B6" w14:textId="77777777" w:rsidR="005033FD" w:rsidRPr="003F50A7" w:rsidRDefault="00000000">
      <w:pPr>
        <w:pStyle w:val="1"/>
        <w:rPr>
          <w:color w:val="auto"/>
          <w:lang w:val="ru-RU"/>
        </w:rPr>
      </w:pPr>
      <w:r w:rsidRPr="003F50A7">
        <w:rPr>
          <w:color w:val="auto"/>
          <w:lang w:val="ru-RU"/>
        </w:rPr>
        <w:t>7. Действия с персональными данными</w:t>
      </w:r>
    </w:p>
    <w:p w14:paraId="42440DDC" w14:textId="77777777" w:rsidR="005033FD" w:rsidRPr="003F50A7" w:rsidRDefault="00000000">
      <w:pPr>
        <w:rPr>
          <w:lang w:val="ru-RU"/>
        </w:rPr>
      </w:pPr>
      <w:r w:rsidRPr="003F50A7">
        <w:rPr>
          <w:lang w:val="ru-RU"/>
        </w:rPr>
        <w:t>7.1. Оператор вправе совершать с персональными данными следующие действия: сбор, запись, систематизацию, накопление, хранение, уточнение, обновление, изменение, извлечение, использование, передачу в рамках поручения обработки, обезличивание, блокирование, удаление и уничтожение.</w:t>
      </w:r>
    </w:p>
    <w:p w14:paraId="47D49939" w14:textId="77777777" w:rsidR="005033FD" w:rsidRPr="003F50A7" w:rsidRDefault="00000000">
      <w:pPr>
        <w:rPr>
          <w:lang w:val="ru-RU"/>
        </w:rPr>
      </w:pPr>
      <w:r w:rsidRPr="003F50A7">
        <w:rPr>
          <w:lang w:val="ru-RU"/>
        </w:rPr>
        <w:lastRenderedPageBreak/>
        <w:t>7.2. Обработка может осуществляться как с использованием средств автоматизации, так и без использования таких средств.</w:t>
      </w:r>
    </w:p>
    <w:p w14:paraId="42070A8E" w14:textId="77777777" w:rsidR="005033FD" w:rsidRPr="003F50A7" w:rsidRDefault="00000000">
      <w:pPr>
        <w:rPr>
          <w:lang w:val="ru-RU"/>
        </w:rPr>
      </w:pPr>
      <w:r w:rsidRPr="003F50A7">
        <w:rPr>
          <w:lang w:val="ru-RU"/>
        </w:rPr>
        <w:t>7.3. Оператор не принимает решений, порождающих юридические последствия для пользователя или иным образом затрагивающих его права и законные интересы, исключительно на основании автоматизированной обработки персональных данных.</w:t>
      </w:r>
    </w:p>
    <w:p w14:paraId="232CC42D" w14:textId="77777777" w:rsidR="005033FD" w:rsidRPr="003F50A7" w:rsidRDefault="00000000">
      <w:pPr>
        <w:pStyle w:val="1"/>
        <w:rPr>
          <w:color w:val="auto"/>
          <w:lang w:val="ru-RU"/>
        </w:rPr>
      </w:pPr>
      <w:r w:rsidRPr="003F50A7">
        <w:rPr>
          <w:color w:val="auto"/>
          <w:lang w:val="ru-RU"/>
        </w:rPr>
        <w:t>8. Передача персональных данных третьим лицам и поручение обработки</w:t>
      </w:r>
    </w:p>
    <w:p w14:paraId="076EBCFB" w14:textId="77777777" w:rsidR="005033FD" w:rsidRPr="003F50A7" w:rsidRDefault="00000000">
      <w:pPr>
        <w:rPr>
          <w:lang w:val="ru-RU"/>
        </w:rPr>
      </w:pPr>
      <w:r w:rsidRPr="003F50A7">
        <w:rPr>
          <w:lang w:val="ru-RU"/>
        </w:rPr>
        <w:t>8.1. Оператор не продает персональные данные пользователей и не предоставляет их третьим лицам для самостоятельного использования в их интересах.</w:t>
      </w:r>
    </w:p>
    <w:p w14:paraId="3E54995D" w14:textId="77777777" w:rsidR="005033FD" w:rsidRPr="003F50A7" w:rsidRDefault="00000000">
      <w:r w:rsidRPr="003F50A7">
        <w:rPr>
          <w:lang w:val="ru-RU"/>
        </w:rPr>
        <w:t xml:space="preserve">8.2. Оператор может поручать обработку персональных данных третьим лицам, действующим по поручению </w:t>
      </w:r>
      <w:r w:rsidRPr="003F50A7">
        <w:t>Оператора и в его интересах, в том числе:</w:t>
      </w:r>
    </w:p>
    <w:p w14:paraId="4E8C56C2" w14:textId="77777777" w:rsidR="005033FD" w:rsidRPr="003F50A7" w:rsidRDefault="00000000">
      <w:pPr>
        <w:pStyle w:val="a0"/>
        <w:rPr>
          <w:lang w:val="ru-RU"/>
        </w:rPr>
      </w:pPr>
      <w:r w:rsidRPr="003F50A7">
        <w:rPr>
          <w:lang w:val="ru-RU"/>
        </w:rPr>
        <w:t xml:space="preserve">провайдерам </w:t>
      </w:r>
      <w:r w:rsidRPr="003F50A7">
        <w:t>CRM</w:t>
      </w:r>
      <w:r w:rsidRPr="003F50A7">
        <w:rPr>
          <w:lang w:val="ru-RU"/>
        </w:rPr>
        <w:t>-систем, включая Битрикс24;</w:t>
      </w:r>
    </w:p>
    <w:p w14:paraId="78E91F5F" w14:textId="77777777" w:rsidR="005033FD" w:rsidRPr="003F50A7" w:rsidRDefault="00000000">
      <w:pPr>
        <w:pStyle w:val="a0"/>
        <w:rPr>
          <w:lang w:val="ru-RU"/>
        </w:rPr>
      </w:pPr>
      <w:r w:rsidRPr="003F50A7">
        <w:rPr>
          <w:lang w:val="ru-RU"/>
        </w:rPr>
        <w:t>провайдерам хостинга и технической поддержки Сайта;</w:t>
      </w:r>
    </w:p>
    <w:p w14:paraId="226589FB" w14:textId="77777777" w:rsidR="005033FD" w:rsidRPr="003F50A7" w:rsidRDefault="00000000">
      <w:pPr>
        <w:pStyle w:val="a0"/>
      </w:pPr>
      <w:r w:rsidRPr="003F50A7">
        <w:t>разработчикам и администраторам Сайта;</w:t>
      </w:r>
    </w:p>
    <w:p w14:paraId="2C6B2F70" w14:textId="77777777" w:rsidR="005033FD" w:rsidRPr="003F50A7" w:rsidRDefault="00000000">
      <w:pPr>
        <w:pStyle w:val="a0"/>
        <w:rPr>
          <w:lang w:val="ru-RU"/>
        </w:rPr>
      </w:pPr>
      <w:r w:rsidRPr="003F50A7">
        <w:rPr>
          <w:lang w:val="ru-RU"/>
        </w:rPr>
        <w:t>сервисам электронной почты и автоматической отправки запрошенных материалов;</w:t>
      </w:r>
    </w:p>
    <w:p w14:paraId="27079995" w14:textId="77777777" w:rsidR="005033FD" w:rsidRPr="003F50A7" w:rsidRDefault="00000000">
      <w:pPr>
        <w:pStyle w:val="a0"/>
        <w:rPr>
          <w:lang w:val="ru-RU"/>
        </w:rPr>
      </w:pPr>
      <w:r w:rsidRPr="003F50A7">
        <w:rPr>
          <w:lang w:val="ru-RU"/>
        </w:rPr>
        <w:t>сервисам телефонии и обработки входящих/исходящих обращений;</w:t>
      </w:r>
    </w:p>
    <w:p w14:paraId="699B9DF3" w14:textId="77777777" w:rsidR="005033FD" w:rsidRPr="003F50A7" w:rsidRDefault="00000000">
      <w:pPr>
        <w:pStyle w:val="a0"/>
        <w:rPr>
          <w:lang w:val="ru-RU"/>
        </w:rPr>
      </w:pPr>
      <w:r w:rsidRPr="003F50A7">
        <w:rPr>
          <w:lang w:val="ru-RU"/>
        </w:rPr>
        <w:t>сервисам веб-аналитики, сквозной аналитики и учета рекламных источников;</w:t>
      </w:r>
    </w:p>
    <w:p w14:paraId="120775A8" w14:textId="77777777" w:rsidR="005033FD" w:rsidRPr="003F50A7" w:rsidRDefault="00000000">
      <w:pPr>
        <w:pStyle w:val="a0"/>
        <w:rPr>
          <w:lang w:val="ru-RU"/>
        </w:rPr>
      </w:pPr>
      <w:r w:rsidRPr="003F50A7">
        <w:rPr>
          <w:lang w:val="ru-RU"/>
        </w:rPr>
        <w:t>подрядчикам, которые участвуют в подготовке ответа, консультации, предложения или проекта по запросу пользователя.</w:t>
      </w:r>
    </w:p>
    <w:p w14:paraId="4339639B" w14:textId="77777777" w:rsidR="005033FD" w:rsidRPr="003F50A7" w:rsidRDefault="00000000">
      <w:pPr>
        <w:rPr>
          <w:lang w:val="ru-RU"/>
        </w:rPr>
      </w:pPr>
      <w:r w:rsidRPr="003F50A7">
        <w:rPr>
          <w:lang w:val="ru-RU"/>
        </w:rPr>
        <w:t>8.3. Лица, которым поручается обработка персональных данных, обязуются соблюдать конфиденциальность, обеспечивать безопасность персональных данных и использовать их только для целей, указанных Оператором.</w:t>
      </w:r>
    </w:p>
    <w:p w14:paraId="0BAF0648" w14:textId="77777777" w:rsidR="005033FD" w:rsidRPr="003F50A7" w:rsidRDefault="00000000">
      <w:pPr>
        <w:rPr>
          <w:lang w:val="ru-RU"/>
        </w:rPr>
      </w:pPr>
      <w:r w:rsidRPr="003F50A7">
        <w:rPr>
          <w:lang w:val="ru-RU"/>
        </w:rPr>
        <w:t>8.4. Передача персональных данных государственным органам допускается в случаях и порядке, предусмотренных законодательством Российской Федерации.</w:t>
      </w:r>
    </w:p>
    <w:p w14:paraId="5490AAE2" w14:textId="77777777" w:rsidR="005033FD" w:rsidRPr="003F50A7" w:rsidRDefault="00000000">
      <w:pPr>
        <w:rPr>
          <w:lang w:val="ru-RU"/>
        </w:rPr>
      </w:pPr>
      <w:r w:rsidRPr="003F50A7">
        <w:rPr>
          <w:lang w:val="ru-RU"/>
        </w:rPr>
        <w:t>8.5. При выборе сервисов и подрядчиков Оператор исходит из того, что обработка персональных данных должна осуществляться на территории Российской Федерации и без трансграничной передачи персональных данных.</w:t>
      </w:r>
    </w:p>
    <w:p w14:paraId="4CF878D1" w14:textId="77777777" w:rsidR="005033FD" w:rsidRPr="003F50A7" w:rsidRDefault="00000000">
      <w:pPr>
        <w:pStyle w:val="1"/>
        <w:rPr>
          <w:color w:val="auto"/>
          <w:lang w:val="ru-RU"/>
        </w:rPr>
      </w:pPr>
      <w:r w:rsidRPr="003F50A7">
        <w:rPr>
          <w:color w:val="auto"/>
          <w:lang w:val="ru-RU"/>
        </w:rPr>
        <w:t>9. Трансграничная передача персональных данных</w:t>
      </w:r>
    </w:p>
    <w:p w14:paraId="733FC629" w14:textId="77777777" w:rsidR="005033FD" w:rsidRPr="003F50A7" w:rsidRDefault="00000000">
      <w:pPr>
        <w:rPr>
          <w:lang w:val="ru-RU"/>
        </w:rPr>
      </w:pPr>
      <w:r w:rsidRPr="003F50A7">
        <w:rPr>
          <w:lang w:val="ru-RU"/>
        </w:rPr>
        <w:t xml:space="preserve">9.1. Оператор не осуществляет трансграничную передачу персональных данных пользователей сайта </w:t>
      </w:r>
      <w:r w:rsidRPr="003F50A7">
        <w:t>ideafixgroup</w:t>
      </w:r>
      <w:r w:rsidRPr="003F50A7">
        <w:rPr>
          <w:lang w:val="ru-RU"/>
        </w:rPr>
        <w:t>.</w:t>
      </w:r>
      <w:r w:rsidRPr="003F50A7">
        <w:t>ru</w:t>
      </w:r>
      <w:r w:rsidRPr="003F50A7">
        <w:rPr>
          <w:lang w:val="ru-RU"/>
        </w:rPr>
        <w:t>.</w:t>
      </w:r>
    </w:p>
    <w:p w14:paraId="70A203BC" w14:textId="77777777" w:rsidR="005033FD" w:rsidRPr="003F50A7" w:rsidRDefault="00000000">
      <w:pPr>
        <w:rPr>
          <w:lang w:val="ru-RU"/>
        </w:rPr>
      </w:pPr>
      <w:r w:rsidRPr="003F50A7">
        <w:rPr>
          <w:lang w:val="ru-RU"/>
        </w:rPr>
        <w:t>9.2. Оператор не планирует передавать персональные данные пользователей на территорию иностранных государств, иностранным физическим лицам, иностранным юридическим лицам, иностранным государственным органам или иностранным организациям.</w:t>
      </w:r>
    </w:p>
    <w:p w14:paraId="1276326B" w14:textId="77777777" w:rsidR="005033FD" w:rsidRPr="003F50A7" w:rsidRDefault="00000000">
      <w:pPr>
        <w:rPr>
          <w:lang w:val="ru-RU"/>
        </w:rPr>
      </w:pPr>
      <w:r w:rsidRPr="003F50A7">
        <w:rPr>
          <w:lang w:val="ru-RU"/>
        </w:rPr>
        <w:t>9.3. Оператор использует и подключает к Сайту только те сервисы, которые позволяют обрабатывать и хранить персональные данные пользователей на территории Российской Федерации и не предполагают трансграничную передачу персональных данных.</w:t>
      </w:r>
    </w:p>
    <w:p w14:paraId="5B78F4BB" w14:textId="77777777" w:rsidR="005033FD" w:rsidRPr="003F50A7" w:rsidRDefault="00000000">
      <w:pPr>
        <w:rPr>
          <w:lang w:val="ru-RU"/>
        </w:rPr>
      </w:pPr>
      <w:r w:rsidRPr="003F50A7">
        <w:rPr>
          <w:lang w:val="ru-RU"/>
        </w:rPr>
        <w:t>9.4. В случае если в будущем Оператор примет решение начать трансграничную передачу персональных данных, такая передача будет осуществляться только после выполнения требований законодательства Российской Федерации, включая предварительное уведомление уполномоченного органа, внесение изменений в настоящую Политику и получение необходимых согласий пользователей, если такие согласия потребуются.</w:t>
      </w:r>
    </w:p>
    <w:p w14:paraId="4A519D2C" w14:textId="77777777" w:rsidR="005033FD" w:rsidRPr="003F50A7" w:rsidRDefault="00000000">
      <w:pPr>
        <w:pStyle w:val="1"/>
        <w:rPr>
          <w:color w:val="auto"/>
          <w:lang w:val="ru-RU"/>
        </w:rPr>
      </w:pPr>
      <w:r w:rsidRPr="003F50A7">
        <w:rPr>
          <w:color w:val="auto"/>
          <w:lang w:val="ru-RU"/>
        </w:rPr>
        <w:lastRenderedPageBreak/>
        <w:t xml:space="preserve">10. </w:t>
      </w:r>
      <w:r w:rsidRPr="003F50A7">
        <w:rPr>
          <w:color w:val="auto"/>
        </w:rPr>
        <w:t>Cookie</w:t>
      </w:r>
      <w:r w:rsidRPr="003F50A7">
        <w:rPr>
          <w:color w:val="auto"/>
          <w:lang w:val="ru-RU"/>
        </w:rPr>
        <w:t>-файлы, аналитика и технические данные</w:t>
      </w:r>
    </w:p>
    <w:p w14:paraId="380788C3" w14:textId="77777777" w:rsidR="005033FD" w:rsidRPr="003F50A7" w:rsidRDefault="00000000">
      <w:pPr>
        <w:rPr>
          <w:lang w:val="ru-RU"/>
        </w:rPr>
      </w:pPr>
      <w:r w:rsidRPr="003F50A7">
        <w:rPr>
          <w:lang w:val="ru-RU"/>
        </w:rPr>
        <w:t xml:space="preserve">10.1. Сайт может использовать </w:t>
      </w:r>
      <w:r w:rsidRPr="003F50A7">
        <w:t>cookie</w:t>
      </w:r>
      <w:r w:rsidRPr="003F50A7">
        <w:rPr>
          <w:lang w:val="ru-RU"/>
        </w:rPr>
        <w:t>-файлы и аналогичные технологии для обеспечения корректной работы Сайта, сохранения пользовательских настроек, анализа посещаемости, оценки эффективности рекламных источников и улучшения пользовательского опыта.</w:t>
      </w:r>
    </w:p>
    <w:p w14:paraId="14166A46" w14:textId="77777777" w:rsidR="005033FD" w:rsidRPr="003F50A7" w:rsidRDefault="00000000">
      <w:pPr>
        <w:rPr>
          <w:lang w:val="ru-RU"/>
        </w:rPr>
      </w:pPr>
      <w:r w:rsidRPr="003F50A7">
        <w:rPr>
          <w:lang w:val="ru-RU"/>
        </w:rPr>
        <w:t xml:space="preserve">10.2. </w:t>
      </w:r>
      <w:r w:rsidRPr="003F50A7">
        <w:t>Cookie</w:t>
      </w:r>
      <w:r w:rsidRPr="003F50A7">
        <w:rPr>
          <w:lang w:val="ru-RU"/>
        </w:rPr>
        <w:t>-файлы могут содержать технические идентификаторы, сведения о действиях пользователя на Сайте, источнике перехода, устройстве, браузере и сессии.</w:t>
      </w:r>
    </w:p>
    <w:p w14:paraId="3AF7B335" w14:textId="77777777" w:rsidR="005033FD" w:rsidRPr="003F50A7" w:rsidRDefault="00000000">
      <w:pPr>
        <w:rPr>
          <w:lang w:val="ru-RU"/>
        </w:rPr>
      </w:pPr>
      <w:r w:rsidRPr="003F50A7">
        <w:rPr>
          <w:lang w:val="ru-RU"/>
        </w:rPr>
        <w:t xml:space="preserve">10.3. Пользователь может ограничить или отключить использование </w:t>
      </w:r>
      <w:r w:rsidRPr="003F50A7">
        <w:t>cookie</w:t>
      </w:r>
      <w:r w:rsidRPr="003F50A7">
        <w:rPr>
          <w:lang w:val="ru-RU"/>
        </w:rPr>
        <w:t xml:space="preserve">-файлов в настройках браузера. Ограничение </w:t>
      </w:r>
      <w:r w:rsidRPr="003F50A7">
        <w:t>cookie</w:t>
      </w:r>
      <w:r w:rsidRPr="003F50A7">
        <w:rPr>
          <w:lang w:val="ru-RU"/>
        </w:rPr>
        <w:t>-файлов может повлиять на корректность работы отдельных функций Сайта.</w:t>
      </w:r>
    </w:p>
    <w:p w14:paraId="4BA2BF6F" w14:textId="77777777" w:rsidR="005033FD" w:rsidRPr="003F50A7" w:rsidRDefault="00000000">
      <w:pPr>
        <w:rPr>
          <w:lang w:val="ru-RU"/>
        </w:rPr>
      </w:pPr>
      <w:r w:rsidRPr="003F50A7">
        <w:rPr>
          <w:lang w:val="ru-RU"/>
        </w:rPr>
        <w:t>10.4. Сервисы аналитики и технические инструменты, используемые на Сайте, должны быть настроены таким образом, чтобы обработка данных осуществлялась без трансграничной передачи персональных данных.</w:t>
      </w:r>
    </w:p>
    <w:p w14:paraId="3D96F498" w14:textId="77777777" w:rsidR="005033FD" w:rsidRPr="003F50A7" w:rsidRDefault="00000000">
      <w:pPr>
        <w:rPr>
          <w:lang w:val="ru-RU"/>
        </w:rPr>
      </w:pPr>
      <w:r w:rsidRPr="003F50A7">
        <w:rPr>
          <w:lang w:val="ru-RU"/>
        </w:rPr>
        <w:t xml:space="preserve">10.5. Если на Сайте используется баннер или иная настройка управления </w:t>
      </w:r>
      <w:r w:rsidRPr="003F50A7">
        <w:t>cookie</w:t>
      </w:r>
      <w:r w:rsidRPr="003F50A7">
        <w:rPr>
          <w:lang w:val="ru-RU"/>
        </w:rPr>
        <w:t xml:space="preserve">-файлами, пользователь может выбрать допустимые категории </w:t>
      </w:r>
      <w:r w:rsidRPr="003F50A7">
        <w:t>cookie</w:t>
      </w:r>
      <w:r w:rsidRPr="003F50A7">
        <w:rPr>
          <w:lang w:val="ru-RU"/>
        </w:rPr>
        <w:t>-файлов в интерфейсе Сайта, если такая возможность технически реализована.</w:t>
      </w:r>
    </w:p>
    <w:p w14:paraId="63323AF1" w14:textId="77777777" w:rsidR="005033FD" w:rsidRPr="003F50A7" w:rsidRDefault="00000000">
      <w:pPr>
        <w:pStyle w:val="1"/>
        <w:rPr>
          <w:color w:val="auto"/>
          <w:lang w:val="ru-RU"/>
        </w:rPr>
      </w:pPr>
      <w:r w:rsidRPr="003F50A7">
        <w:rPr>
          <w:color w:val="auto"/>
          <w:lang w:val="ru-RU"/>
        </w:rPr>
        <w:t>11. Сроки обработки и хранения персональных данных</w:t>
      </w:r>
    </w:p>
    <w:p w14:paraId="190C1395" w14:textId="77777777" w:rsidR="005033FD" w:rsidRPr="003F50A7" w:rsidRDefault="00000000">
      <w:pPr>
        <w:rPr>
          <w:lang w:val="ru-RU"/>
        </w:rPr>
      </w:pPr>
      <w:r w:rsidRPr="003F50A7">
        <w:rPr>
          <w:lang w:val="ru-RU"/>
        </w:rPr>
        <w:t>11.1. Персональные данные обрабатываются не дольше, чем этого требуют цели обработки, если более длительный срок хранения не установлен законодательством Российской Федерации, договором или согласием пользователя.</w:t>
      </w:r>
    </w:p>
    <w:p w14:paraId="7F580168" w14:textId="77777777" w:rsidR="005033FD" w:rsidRPr="003F50A7" w:rsidRDefault="00000000">
      <w:pPr>
        <w:rPr>
          <w:lang w:val="ru-RU"/>
        </w:rPr>
      </w:pPr>
      <w:r w:rsidRPr="003F50A7">
        <w:rPr>
          <w:lang w:val="ru-RU"/>
        </w:rPr>
        <w:t xml:space="preserve">11.2. Данные заявок и коммуникаций могут храниться в </w:t>
      </w:r>
      <w:r w:rsidRPr="003F50A7">
        <w:t>CRM</w:t>
      </w:r>
      <w:r w:rsidRPr="003F50A7">
        <w:rPr>
          <w:lang w:val="ru-RU"/>
        </w:rPr>
        <w:t>-системе в течение срока работы с обращением, срока возможного заключения и исполнения договора, срока исковой давности, а также срока, необходимого для подтверждения факта получения согласия и правомерности коммуникаций.</w:t>
      </w:r>
    </w:p>
    <w:p w14:paraId="6E3B0184" w14:textId="77777777" w:rsidR="005033FD" w:rsidRPr="003F50A7" w:rsidRDefault="00000000">
      <w:pPr>
        <w:rPr>
          <w:lang w:val="ru-RU"/>
        </w:rPr>
      </w:pPr>
      <w:r w:rsidRPr="003F50A7">
        <w:rPr>
          <w:lang w:val="ru-RU"/>
        </w:rPr>
        <w:t>11.3. Данные, обрабатываемые для рекламной рассылки, обрабатываются до отзыва пользователем согласия на получение рекламы либо до прекращения соответствующей рассылки Оператором.</w:t>
      </w:r>
    </w:p>
    <w:p w14:paraId="68B62634" w14:textId="77777777" w:rsidR="005033FD" w:rsidRPr="003F50A7" w:rsidRDefault="00000000">
      <w:pPr>
        <w:rPr>
          <w:lang w:val="ru-RU"/>
        </w:rPr>
      </w:pPr>
      <w:r w:rsidRPr="003F50A7">
        <w:rPr>
          <w:lang w:val="ru-RU"/>
        </w:rPr>
        <w:t>11.4. По достижении целей обработки, истечении сроков хранения или отзыве согласия персональные данные подлежат уничтожению, обезличиванию или блокированию в случаях и порядке, предусмотренных законодательством Российской Федерации.</w:t>
      </w:r>
    </w:p>
    <w:p w14:paraId="2EE47F78" w14:textId="77777777" w:rsidR="005033FD" w:rsidRPr="003F50A7" w:rsidRDefault="00000000">
      <w:pPr>
        <w:pStyle w:val="1"/>
        <w:rPr>
          <w:color w:val="auto"/>
          <w:lang w:val="ru-RU"/>
        </w:rPr>
      </w:pPr>
      <w:r w:rsidRPr="003F50A7">
        <w:rPr>
          <w:color w:val="auto"/>
          <w:lang w:val="ru-RU"/>
        </w:rPr>
        <w:t>12. Рекламные и информационные сообщения</w:t>
      </w:r>
    </w:p>
    <w:p w14:paraId="0EFAEBA0" w14:textId="77777777" w:rsidR="005033FD" w:rsidRPr="003F50A7" w:rsidRDefault="00000000">
      <w:pPr>
        <w:rPr>
          <w:lang w:val="ru-RU"/>
        </w:rPr>
      </w:pPr>
      <w:r w:rsidRPr="003F50A7">
        <w:rPr>
          <w:lang w:val="ru-RU"/>
        </w:rPr>
        <w:t>12.1. Оператор может направлять пользователю рекламные и информационные сообщения о своих услугах, проектах, мероприятиях, материалах, специальных предложениях и новостях только при наличии отдельного предварительного согласия пользователя на получение рекламы.</w:t>
      </w:r>
    </w:p>
    <w:p w14:paraId="4B2E021C" w14:textId="77777777" w:rsidR="005033FD" w:rsidRPr="003F50A7" w:rsidRDefault="00000000">
      <w:pPr>
        <w:rPr>
          <w:lang w:val="ru-RU"/>
        </w:rPr>
      </w:pPr>
      <w:r w:rsidRPr="003F50A7">
        <w:rPr>
          <w:lang w:val="ru-RU"/>
        </w:rPr>
        <w:t xml:space="preserve">12.2. Рекламные коммуникации могут направляться по электронной почте, телефону, </w:t>
      </w:r>
      <w:r w:rsidRPr="003F50A7">
        <w:t>SMS</w:t>
      </w:r>
      <w:r w:rsidRPr="003F50A7">
        <w:rPr>
          <w:lang w:val="ru-RU"/>
        </w:rPr>
        <w:t>, в мессенджерах и иными способами связи, указанными в согласии пользователя.</w:t>
      </w:r>
    </w:p>
    <w:p w14:paraId="3F13D3B9" w14:textId="77777777" w:rsidR="005033FD" w:rsidRPr="003F50A7" w:rsidRDefault="00000000">
      <w:pPr>
        <w:rPr>
          <w:lang w:val="ru-RU"/>
        </w:rPr>
      </w:pPr>
      <w:r w:rsidRPr="003F50A7">
        <w:rPr>
          <w:lang w:val="ru-RU"/>
        </w:rPr>
        <w:t>12.3. Пользователь вправе в любое время отказаться от получения рекламных сообщений, направив обращение на адрес электронной почты Оператора или воспользовавшись иной технической возможностью отказа, если она предусмотрена в сообщении.</w:t>
      </w:r>
    </w:p>
    <w:p w14:paraId="76AE3B18" w14:textId="77777777" w:rsidR="005033FD" w:rsidRPr="003F50A7" w:rsidRDefault="00000000">
      <w:pPr>
        <w:rPr>
          <w:lang w:val="ru-RU"/>
        </w:rPr>
      </w:pPr>
      <w:r w:rsidRPr="003F50A7">
        <w:rPr>
          <w:lang w:val="ru-RU"/>
        </w:rPr>
        <w:t>12.4. Отзыв согласия на получение рекламы не прекращает обработку персональных данных, необходимую для обработки ранее направленной заявки, исполнения договора, ответа на обращение или соблюдения требований законодательства.</w:t>
      </w:r>
    </w:p>
    <w:p w14:paraId="151DEE39" w14:textId="77777777" w:rsidR="005033FD" w:rsidRPr="003F50A7" w:rsidRDefault="00000000">
      <w:pPr>
        <w:pStyle w:val="1"/>
        <w:rPr>
          <w:color w:val="auto"/>
          <w:lang w:val="ru-RU"/>
        </w:rPr>
      </w:pPr>
      <w:r w:rsidRPr="003F50A7">
        <w:rPr>
          <w:color w:val="auto"/>
          <w:lang w:val="ru-RU"/>
        </w:rPr>
        <w:lastRenderedPageBreak/>
        <w:t>13. Права пользователя</w:t>
      </w:r>
    </w:p>
    <w:p w14:paraId="3848C6C4" w14:textId="77777777" w:rsidR="005033FD" w:rsidRPr="003F50A7" w:rsidRDefault="00000000">
      <w:pPr>
        <w:rPr>
          <w:lang w:val="ru-RU"/>
        </w:rPr>
      </w:pPr>
      <w:r w:rsidRPr="003F50A7">
        <w:rPr>
          <w:lang w:val="ru-RU"/>
        </w:rPr>
        <w:t>13.1. Пользователь имеет право:</w:t>
      </w:r>
    </w:p>
    <w:p w14:paraId="5AFE20AC" w14:textId="77777777" w:rsidR="005033FD" w:rsidRPr="003F50A7" w:rsidRDefault="00000000">
      <w:pPr>
        <w:pStyle w:val="a0"/>
        <w:rPr>
          <w:lang w:val="ru-RU"/>
        </w:rPr>
      </w:pPr>
      <w:r w:rsidRPr="003F50A7">
        <w:rPr>
          <w:lang w:val="ru-RU"/>
        </w:rPr>
        <w:t>получать информацию, касающуюся обработки его персональных данных;</w:t>
      </w:r>
    </w:p>
    <w:p w14:paraId="62384DA9" w14:textId="77777777" w:rsidR="005033FD" w:rsidRPr="003F50A7" w:rsidRDefault="00000000">
      <w:pPr>
        <w:pStyle w:val="a0"/>
        <w:rPr>
          <w:lang w:val="ru-RU"/>
        </w:rPr>
      </w:pPr>
      <w:r w:rsidRPr="003F50A7">
        <w:rPr>
          <w:lang w:val="ru-RU"/>
        </w:rPr>
        <w:t>требовать уточнения персональных данных, их блокирования или уничтожения, если данные являются неполными, устаревшими, неточными, незаконно полученными или не являются необходимыми для заявленной цели обработки;</w:t>
      </w:r>
    </w:p>
    <w:p w14:paraId="25082ACE" w14:textId="77777777" w:rsidR="005033FD" w:rsidRPr="003F50A7" w:rsidRDefault="00000000">
      <w:pPr>
        <w:pStyle w:val="a0"/>
        <w:rPr>
          <w:lang w:val="ru-RU"/>
        </w:rPr>
      </w:pPr>
      <w:r w:rsidRPr="003F50A7">
        <w:rPr>
          <w:lang w:val="ru-RU"/>
        </w:rPr>
        <w:t>отозвать согласие на обработку персональных данных;</w:t>
      </w:r>
    </w:p>
    <w:p w14:paraId="455EF594" w14:textId="77777777" w:rsidR="005033FD" w:rsidRPr="003F50A7" w:rsidRDefault="00000000">
      <w:pPr>
        <w:pStyle w:val="a0"/>
        <w:rPr>
          <w:lang w:val="ru-RU"/>
        </w:rPr>
      </w:pPr>
      <w:r w:rsidRPr="003F50A7">
        <w:rPr>
          <w:lang w:val="ru-RU"/>
        </w:rPr>
        <w:t>отозвать согласие на получение рекламы;</w:t>
      </w:r>
    </w:p>
    <w:p w14:paraId="67001950" w14:textId="77777777" w:rsidR="005033FD" w:rsidRPr="003F50A7" w:rsidRDefault="00000000">
      <w:pPr>
        <w:pStyle w:val="a0"/>
        <w:rPr>
          <w:lang w:val="ru-RU"/>
        </w:rPr>
      </w:pPr>
      <w:r w:rsidRPr="003F50A7">
        <w:rPr>
          <w:lang w:val="ru-RU"/>
        </w:rPr>
        <w:t>возражать против неправомерной обработки персональных данных;</w:t>
      </w:r>
    </w:p>
    <w:p w14:paraId="09D7F725" w14:textId="77777777" w:rsidR="005033FD" w:rsidRPr="003F50A7" w:rsidRDefault="00000000">
      <w:pPr>
        <w:pStyle w:val="a0"/>
        <w:rPr>
          <w:lang w:val="ru-RU"/>
        </w:rPr>
      </w:pPr>
      <w:r w:rsidRPr="003F50A7">
        <w:rPr>
          <w:lang w:val="ru-RU"/>
        </w:rPr>
        <w:t>принимать предусмотренные законом меры по защите своих прав и законных интересов.</w:t>
      </w:r>
    </w:p>
    <w:p w14:paraId="3D30FB31" w14:textId="77777777" w:rsidR="005033FD" w:rsidRPr="003F50A7" w:rsidRDefault="00000000">
      <w:pPr>
        <w:rPr>
          <w:lang w:val="ru-RU"/>
        </w:rPr>
      </w:pPr>
      <w:r w:rsidRPr="003F50A7">
        <w:rPr>
          <w:lang w:val="ru-RU"/>
        </w:rPr>
        <w:t xml:space="preserve">13.2. Для реализации своих прав пользователь может направить обращение на электронную почту </w:t>
      </w:r>
      <w:r w:rsidRPr="003F50A7">
        <w:t>marketing</w:t>
      </w:r>
      <w:r w:rsidRPr="003F50A7">
        <w:rPr>
          <w:lang w:val="ru-RU"/>
        </w:rPr>
        <w:t>@</w:t>
      </w:r>
      <w:r w:rsidRPr="003F50A7">
        <w:t>ideafixgroup</w:t>
      </w:r>
      <w:r w:rsidRPr="003F50A7">
        <w:rPr>
          <w:lang w:val="ru-RU"/>
        </w:rPr>
        <w:t>.</w:t>
      </w:r>
      <w:r w:rsidRPr="003F50A7">
        <w:t>com</w:t>
      </w:r>
      <w:r w:rsidRPr="003F50A7">
        <w:rPr>
          <w:lang w:val="ru-RU"/>
        </w:rPr>
        <w:t xml:space="preserve"> или по адресу: 454081, г. Челябинск, ул. Артиллерийская, д. 83, офис 301.</w:t>
      </w:r>
    </w:p>
    <w:p w14:paraId="1B215BD9" w14:textId="77777777" w:rsidR="005033FD" w:rsidRPr="003F50A7" w:rsidRDefault="00000000">
      <w:pPr>
        <w:rPr>
          <w:lang w:val="ru-RU"/>
        </w:rPr>
      </w:pPr>
      <w:r w:rsidRPr="003F50A7">
        <w:rPr>
          <w:lang w:val="ru-RU"/>
        </w:rPr>
        <w:t>13.3. В обращении рекомендуется указать фамилию, имя, контактные данные для обратной связи, суть требования и сведения, позволяющие Оператору идентифицировать обращение пользователя.</w:t>
      </w:r>
    </w:p>
    <w:p w14:paraId="69CD4D86" w14:textId="77777777" w:rsidR="005033FD" w:rsidRPr="003F50A7" w:rsidRDefault="00000000">
      <w:pPr>
        <w:pStyle w:val="1"/>
        <w:rPr>
          <w:color w:val="auto"/>
          <w:lang w:val="ru-RU"/>
        </w:rPr>
      </w:pPr>
      <w:r w:rsidRPr="003F50A7">
        <w:rPr>
          <w:color w:val="auto"/>
          <w:lang w:val="ru-RU"/>
        </w:rPr>
        <w:t>14. Отзыв согласия и удаление данных</w:t>
      </w:r>
    </w:p>
    <w:p w14:paraId="042408A4" w14:textId="77777777" w:rsidR="005033FD" w:rsidRPr="003F50A7" w:rsidRDefault="00000000">
      <w:pPr>
        <w:rPr>
          <w:lang w:val="ru-RU"/>
        </w:rPr>
      </w:pPr>
      <w:r w:rsidRPr="003F50A7">
        <w:rPr>
          <w:lang w:val="ru-RU"/>
        </w:rPr>
        <w:t>14.1. Пользователь вправе в любое время отозвать согласие на обработку персональных данных.</w:t>
      </w:r>
    </w:p>
    <w:p w14:paraId="756C31D3" w14:textId="77777777" w:rsidR="005033FD" w:rsidRPr="003F50A7" w:rsidRDefault="00000000">
      <w:pPr>
        <w:rPr>
          <w:lang w:val="ru-RU"/>
        </w:rPr>
      </w:pPr>
      <w:r w:rsidRPr="003F50A7">
        <w:rPr>
          <w:lang w:val="ru-RU"/>
        </w:rPr>
        <w:t xml:space="preserve">14.2. Отзыв согласия направляется на электронную почту </w:t>
      </w:r>
      <w:r w:rsidRPr="003F50A7">
        <w:t>marketing</w:t>
      </w:r>
      <w:r w:rsidRPr="003F50A7">
        <w:rPr>
          <w:lang w:val="ru-RU"/>
        </w:rPr>
        <w:t>@</w:t>
      </w:r>
      <w:r w:rsidRPr="003F50A7">
        <w:t>ideafixgroup</w:t>
      </w:r>
      <w:r w:rsidRPr="003F50A7">
        <w:rPr>
          <w:lang w:val="ru-RU"/>
        </w:rPr>
        <w:t>.</w:t>
      </w:r>
      <w:r w:rsidRPr="003F50A7">
        <w:t>com</w:t>
      </w:r>
      <w:r w:rsidRPr="003F50A7">
        <w:rPr>
          <w:lang w:val="ru-RU"/>
        </w:rPr>
        <w:t xml:space="preserve"> или по адресу Оператора: 454081, г. Челябинск, ул. Артиллерийская, д. 83, офис 301.</w:t>
      </w:r>
    </w:p>
    <w:p w14:paraId="52C058F9" w14:textId="77777777" w:rsidR="005033FD" w:rsidRPr="003F50A7" w:rsidRDefault="00000000">
      <w:pPr>
        <w:rPr>
          <w:lang w:val="ru-RU"/>
        </w:rPr>
      </w:pPr>
      <w:r w:rsidRPr="003F50A7">
        <w:rPr>
          <w:lang w:val="ru-RU"/>
        </w:rPr>
        <w:t>14.3. После получения отзыва Оператор прекращает обработку персональных данных и уничтожает их в срок, предусмотренный законодательством Российской Федерации, если сохранение данных более не требуется для исполнения закона, договора, защиты прав Оператора или рассмотрения ранее направленных обращений.</w:t>
      </w:r>
    </w:p>
    <w:p w14:paraId="382222E5" w14:textId="77777777" w:rsidR="005033FD" w:rsidRPr="003F50A7" w:rsidRDefault="00000000">
      <w:pPr>
        <w:rPr>
          <w:lang w:val="ru-RU"/>
        </w:rPr>
      </w:pPr>
      <w:r w:rsidRPr="003F50A7">
        <w:rPr>
          <w:lang w:val="ru-RU"/>
        </w:rPr>
        <w:t>14.4. Отзыв согласия на обработку персональных данных может сделать невозможным дальнейшую обработку заявки, направление запрошенной информации, подготовку предложения или связь по обращению пользователя.</w:t>
      </w:r>
    </w:p>
    <w:p w14:paraId="10A18E40" w14:textId="77777777" w:rsidR="005033FD" w:rsidRPr="003F50A7" w:rsidRDefault="00000000">
      <w:pPr>
        <w:rPr>
          <w:lang w:val="ru-RU"/>
        </w:rPr>
      </w:pPr>
      <w:r w:rsidRPr="003F50A7">
        <w:rPr>
          <w:lang w:val="ru-RU"/>
        </w:rPr>
        <w:t>14.5. Отзыв согласия на получение рекламы не влияет на законность обработки персональных данных, осуществленной до момента такого отзыва.</w:t>
      </w:r>
    </w:p>
    <w:p w14:paraId="20DAE5AC" w14:textId="77777777" w:rsidR="005033FD" w:rsidRPr="003F50A7" w:rsidRDefault="00000000">
      <w:pPr>
        <w:pStyle w:val="1"/>
        <w:rPr>
          <w:color w:val="auto"/>
          <w:lang w:val="ru-RU"/>
        </w:rPr>
      </w:pPr>
      <w:r w:rsidRPr="003F50A7">
        <w:rPr>
          <w:color w:val="auto"/>
          <w:lang w:val="ru-RU"/>
        </w:rPr>
        <w:t>15. Меры защиты персональных данных</w:t>
      </w:r>
    </w:p>
    <w:p w14:paraId="08A9C8B6" w14:textId="77777777" w:rsidR="005033FD" w:rsidRPr="003F50A7" w:rsidRDefault="00000000">
      <w:pPr>
        <w:rPr>
          <w:lang w:val="ru-RU"/>
        </w:rPr>
      </w:pPr>
      <w:r w:rsidRPr="003F50A7">
        <w:rPr>
          <w:lang w:val="ru-RU"/>
        </w:rPr>
        <w:t>15.1. Оператор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w:t>
      </w:r>
    </w:p>
    <w:p w14:paraId="74859DB2" w14:textId="77777777" w:rsidR="005033FD" w:rsidRPr="003F50A7" w:rsidRDefault="00000000">
      <w:pPr>
        <w:rPr>
          <w:lang w:val="ru-RU"/>
        </w:rPr>
      </w:pPr>
      <w:r w:rsidRPr="003F50A7">
        <w:rPr>
          <w:lang w:val="ru-RU"/>
        </w:rPr>
        <w:t>15.2. В частности, Оператор может применять следующие меры:</w:t>
      </w:r>
    </w:p>
    <w:p w14:paraId="44FF9C9E" w14:textId="77777777" w:rsidR="005033FD" w:rsidRPr="003F50A7" w:rsidRDefault="00000000">
      <w:pPr>
        <w:pStyle w:val="a0"/>
        <w:rPr>
          <w:lang w:val="ru-RU"/>
        </w:rPr>
      </w:pPr>
      <w:r w:rsidRPr="003F50A7">
        <w:rPr>
          <w:lang w:val="ru-RU"/>
        </w:rPr>
        <w:t>назначение лиц, ответственных за организацию обработки персональных данных;</w:t>
      </w:r>
    </w:p>
    <w:p w14:paraId="1D28230E" w14:textId="77777777" w:rsidR="005033FD" w:rsidRPr="003F50A7" w:rsidRDefault="00000000">
      <w:pPr>
        <w:pStyle w:val="a0"/>
        <w:rPr>
          <w:lang w:val="ru-RU"/>
        </w:rPr>
      </w:pPr>
      <w:r w:rsidRPr="003F50A7">
        <w:rPr>
          <w:lang w:val="ru-RU"/>
        </w:rPr>
        <w:t>ограничение доступа к персональным данным только для уполномоченных сотрудников и подрядчиков;</w:t>
      </w:r>
    </w:p>
    <w:p w14:paraId="27D598C5" w14:textId="77777777" w:rsidR="005033FD" w:rsidRPr="003F50A7" w:rsidRDefault="00000000">
      <w:pPr>
        <w:pStyle w:val="a0"/>
        <w:rPr>
          <w:lang w:val="ru-RU"/>
        </w:rPr>
      </w:pPr>
      <w:r w:rsidRPr="003F50A7">
        <w:rPr>
          <w:lang w:val="ru-RU"/>
        </w:rPr>
        <w:t>использование учетных записей, паролей и иных средств разграничения доступа;</w:t>
      </w:r>
    </w:p>
    <w:p w14:paraId="48527863" w14:textId="77777777" w:rsidR="005033FD" w:rsidRPr="003F50A7" w:rsidRDefault="00000000">
      <w:pPr>
        <w:pStyle w:val="a0"/>
        <w:rPr>
          <w:lang w:val="ru-RU"/>
        </w:rPr>
      </w:pPr>
      <w:r w:rsidRPr="003F50A7">
        <w:rPr>
          <w:lang w:val="ru-RU"/>
        </w:rPr>
        <w:t>ведение учета заявок, согласий и коммуникаций;</w:t>
      </w:r>
    </w:p>
    <w:p w14:paraId="1EE137FF" w14:textId="77777777" w:rsidR="005033FD" w:rsidRPr="003F50A7" w:rsidRDefault="00000000">
      <w:pPr>
        <w:pStyle w:val="a0"/>
        <w:rPr>
          <w:lang w:val="ru-RU"/>
        </w:rPr>
      </w:pPr>
      <w:r w:rsidRPr="003F50A7">
        <w:rPr>
          <w:lang w:val="ru-RU"/>
        </w:rPr>
        <w:t>заключение соглашений о конфиденциальности и поручений на обработку персональных данных с подрядчиками;</w:t>
      </w:r>
    </w:p>
    <w:p w14:paraId="412DF6CC" w14:textId="77777777" w:rsidR="005033FD" w:rsidRPr="003F50A7" w:rsidRDefault="00000000">
      <w:pPr>
        <w:pStyle w:val="a0"/>
        <w:rPr>
          <w:lang w:val="ru-RU"/>
        </w:rPr>
      </w:pPr>
      <w:r w:rsidRPr="003F50A7">
        <w:rPr>
          <w:lang w:val="ru-RU"/>
        </w:rPr>
        <w:t xml:space="preserve">контроль состава подключенных сервисов, </w:t>
      </w:r>
      <w:r w:rsidRPr="003F50A7">
        <w:t>CRM</w:t>
      </w:r>
      <w:r w:rsidRPr="003F50A7">
        <w:rPr>
          <w:lang w:val="ru-RU"/>
        </w:rPr>
        <w:t>, аналитики, форм и рассылочных инструментов;</w:t>
      </w:r>
    </w:p>
    <w:p w14:paraId="1B61BCB0" w14:textId="77777777" w:rsidR="005033FD" w:rsidRPr="003F50A7" w:rsidRDefault="00000000">
      <w:pPr>
        <w:pStyle w:val="a0"/>
        <w:rPr>
          <w:lang w:val="ru-RU"/>
        </w:rPr>
      </w:pPr>
      <w:r w:rsidRPr="003F50A7">
        <w:rPr>
          <w:lang w:val="ru-RU"/>
        </w:rPr>
        <w:t>удаление или обезличивание персональных данных после достижения целей обработки.</w:t>
      </w:r>
    </w:p>
    <w:p w14:paraId="0F9077D8" w14:textId="77777777" w:rsidR="005033FD" w:rsidRPr="003F50A7" w:rsidRDefault="00000000">
      <w:pPr>
        <w:pStyle w:val="1"/>
        <w:rPr>
          <w:color w:val="auto"/>
          <w:lang w:val="ru-RU"/>
        </w:rPr>
      </w:pPr>
      <w:r w:rsidRPr="003F50A7">
        <w:rPr>
          <w:color w:val="auto"/>
          <w:lang w:val="ru-RU"/>
        </w:rPr>
        <w:lastRenderedPageBreak/>
        <w:t>16. Обработка данных несовершеннолетних</w:t>
      </w:r>
    </w:p>
    <w:p w14:paraId="34524D05" w14:textId="77777777" w:rsidR="005033FD" w:rsidRPr="003F50A7" w:rsidRDefault="00000000">
      <w:pPr>
        <w:rPr>
          <w:lang w:val="ru-RU"/>
        </w:rPr>
      </w:pPr>
      <w:r w:rsidRPr="003F50A7">
        <w:rPr>
          <w:lang w:val="ru-RU"/>
        </w:rPr>
        <w:t>16.1. Сайт ориентирован на совершеннолетних пользователей, представителей бизнеса и физических лиц, заинтересованных в услугах Оператора.</w:t>
      </w:r>
    </w:p>
    <w:p w14:paraId="54619175" w14:textId="77777777" w:rsidR="005033FD" w:rsidRPr="003F50A7" w:rsidRDefault="00000000">
      <w:pPr>
        <w:rPr>
          <w:lang w:val="ru-RU"/>
        </w:rPr>
      </w:pPr>
      <w:r w:rsidRPr="003F50A7">
        <w:rPr>
          <w:lang w:val="ru-RU"/>
        </w:rPr>
        <w:t>16.2. Оператор не осуществляет целенаправленный сбор персональных данных несовершеннолетних через формы Сайта. Если Оператору станет известно, что персональные данные несовершеннолетнего были направлены без надлежащего правового основания, такие данные подлежат удалению, если их дальнейшая обработка не требуется по закону.</w:t>
      </w:r>
    </w:p>
    <w:p w14:paraId="3E160AC6" w14:textId="77777777" w:rsidR="005033FD" w:rsidRPr="003F50A7" w:rsidRDefault="00000000">
      <w:pPr>
        <w:pStyle w:val="1"/>
        <w:rPr>
          <w:color w:val="auto"/>
          <w:lang w:val="ru-RU"/>
        </w:rPr>
      </w:pPr>
      <w:r w:rsidRPr="003F50A7">
        <w:rPr>
          <w:color w:val="auto"/>
          <w:lang w:val="ru-RU"/>
        </w:rPr>
        <w:t>17. Ссылки на сторонние ресурсы</w:t>
      </w:r>
    </w:p>
    <w:p w14:paraId="6EA81C87" w14:textId="77777777" w:rsidR="005033FD" w:rsidRPr="003F50A7" w:rsidRDefault="00000000">
      <w:pPr>
        <w:rPr>
          <w:lang w:val="ru-RU"/>
        </w:rPr>
      </w:pPr>
      <w:r w:rsidRPr="003F50A7">
        <w:rPr>
          <w:lang w:val="ru-RU"/>
        </w:rPr>
        <w:t>17.1. На Сайте могут быть размещены ссылки на сайты, социальные сети, видеохостинги, мессенджеры и иные ресурсы третьих лиц. Настоящая Политика не распространяется на такие ресурсы.</w:t>
      </w:r>
    </w:p>
    <w:p w14:paraId="425B55A3" w14:textId="77777777" w:rsidR="005033FD" w:rsidRPr="003F50A7" w:rsidRDefault="00000000">
      <w:pPr>
        <w:rPr>
          <w:lang w:val="ru-RU"/>
        </w:rPr>
      </w:pPr>
      <w:r w:rsidRPr="003F50A7">
        <w:rPr>
          <w:lang w:val="ru-RU"/>
        </w:rPr>
        <w:t xml:space="preserve">17.2. Переходя на сторонние ресурсы, пользователь самостоятельно знакомится с их документами о персональных данных, конфиденциальности и </w:t>
      </w:r>
      <w:r w:rsidRPr="003F50A7">
        <w:t>cookie</w:t>
      </w:r>
      <w:r w:rsidRPr="003F50A7">
        <w:rPr>
          <w:lang w:val="ru-RU"/>
        </w:rPr>
        <w:t>-файлах.</w:t>
      </w:r>
    </w:p>
    <w:p w14:paraId="44F12BF3" w14:textId="77777777" w:rsidR="005033FD" w:rsidRPr="003F50A7" w:rsidRDefault="00000000">
      <w:pPr>
        <w:pStyle w:val="1"/>
        <w:rPr>
          <w:color w:val="auto"/>
          <w:lang w:val="ru-RU"/>
        </w:rPr>
      </w:pPr>
      <w:r w:rsidRPr="003F50A7">
        <w:rPr>
          <w:color w:val="auto"/>
          <w:lang w:val="ru-RU"/>
        </w:rPr>
        <w:t>18. Изменение Политики</w:t>
      </w:r>
    </w:p>
    <w:p w14:paraId="732FEC08" w14:textId="77777777" w:rsidR="005033FD" w:rsidRPr="003F50A7" w:rsidRDefault="00000000">
      <w:pPr>
        <w:rPr>
          <w:lang w:val="ru-RU"/>
        </w:rPr>
      </w:pPr>
      <w:r w:rsidRPr="003F50A7">
        <w:rPr>
          <w:lang w:val="ru-RU"/>
        </w:rPr>
        <w:t>18.1. Оператор вправе изменять настоящую Политику. Новая редакция Политики вступает в силу с момента ее размещения на Сайте, если иной срок не указан в новой редакции.</w:t>
      </w:r>
    </w:p>
    <w:p w14:paraId="107ED82F" w14:textId="77777777" w:rsidR="005033FD" w:rsidRPr="003F50A7" w:rsidRDefault="00000000">
      <w:pPr>
        <w:rPr>
          <w:lang w:val="ru-RU"/>
        </w:rPr>
      </w:pPr>
      <w:r w:rsidRPr="003F50A7">
        <w:rPr>
          <w:lang w:val="ru-RU"/>
        </w:rPr>
        <w:t>18.2. Пользователю рекомендуется периодически проверять актуальную редакцию Политики на Сайте.</w:t>
      </w:r>
    </w:p>
    <w:p w14:paraId="6D383E7D" w14:textId="77777777" w:rsidR="005033FD" w:rsidRPr="003F50A7" w:rsidRDefault="00000000">
      <w:pPr>
        <w:pStyle w:val="1"/>
        <w:rPr>
          <w:color w:val="auto"/>
          <w:lang w:val="ru-RU"/>
        </w:rPr>
      </w:pPr>
      <w:r w:rsidRPr="003F50A7">
        <w:rPr>
          <w:color w:val="auto"/>
          <w:lang w:val="ru-RU"/>
        </w:rPr>
        <w:t>19. Контакты Оператора</w:t>
      </w:r>
    </w:p>
    <w:p w14:paraId="21C24330" w14:textId="77777777" w:rsidR="005033FD" w:rsidRPr="003F50A7" w:rsidRDefault="00000000">
      <w:pPr>
        <w:rPr>
          <w:lang w:val="ru-RU"/>
        </w:rPr>
      </w:pPr>
      <w:r w:rsidRPr="003F50A7">
        <w:rPr>
          <w:lang w:val="ru-RU"/>
        </w:rPr>
        <w:t>Оператор: Общество с ограниченной ответственностью «Агентство коммуникаций «Идея-Фикс» (ООО «АК «Идея-Фикс»)</w:t>
      </w:r>
    </w:p>
    <w:p w14:paraId="349852FE" w14:textId="77777777" w:rsidR="005033FD" w:rsidRPr="003F50A7" w:rsidRDefault="00000000">
      <w:pPr>
        <w:rPr>
          <w:lang w:val="ru-RU"/>
        </w:rPr>
      </w:pPr>
      <w:r w:rsidRPr="003F50A7">
        <w:rPr>
          <w:lang w:val="ru-RU"/>
        </w:rPr>
        <w:t>ИНН: 7453253490</w:t>
      </w:r>
    </w:p>
    <w:p w14:paraId="52B4A9D9" w14:textId="77777777" w:rsidR="005033FD" w:rsidRPr="003F50A7" w:rsidRDefault="00000000">
      <w:pPr>
        <w:rPr>
          <w:lang w:val="ru-RU"/>
        </w:rPr>
      </w:pPr>
      <w:r w:rsidRPr="003F50A7">
        <w:rPr>
          <w:lang w:val="ru-RU"/>
        </w:rPr>
        <w:t>ОГРН: 1137453002598</w:t>
      </w:r>
    </w:p>
    <w:p w14:paraId="77E4BFEC" w14:textId="77777777" w:rsidR="005033FD" w:rsidRPr="003F50A7" w:rsidRDefault="00000000">
      <w:pPr>
        <w:rPr>
          <w:lang w:val="ru-RU"/>
        </w:rPr>
      </w:pPr>
      <w:r w:rsidRPr="003F50A7">
        <w:rPr>
          <w:lang w:val="ru-RU"/>
        </w:rPr>
        <w:t>Адрес: 454081, г. Челябинск, ул. Артиллерийская, д. 83, офис 301</w:t>
      </w:r>
    </w:p>
    <w:p w14:paraId="1DA3B5A0" w14:textId="77777777" w:rsidR="005033FD" w:rsidRPr="003F50A7" w:rsidRDefault="00000000">
      <w:pPr>
        <w:rPr>
          <w:lang w:val="ru-RU"/>
        </w:rPr>
      </w:pPr>
      <w:r w:rsidRPr="003F50A7">
        <w:rPr>
          <w:lang w:val="ru-RU"/>
        </w:rPr>
        <w:t xml:space="preserve">Сайт: </w:t>
      </w:r>
      <w:r w:rsidRPr="003F50A7">
        <w:t>https</w:t>
      </w:r>
      <w:r w:rsidRPr="003F50A7">
        <w:rPr>
          <w:lang w:val="ru-RU"/>
        </w:rPr>
        <w:t>://</w:t>
      </w:r>
      <w:r w:rsidRPr="003F50A7">
        <w:t>ideafixgroup</w:t>
      </w:r>
      <w:r w:rsidRPr="003F50A7">
        <w:rPr>
          <w:lang w:val="ru-RU"/>
        </w:rPr>
        <w:t>.</w:t>
      </w:r>
      <w:r w:rsidRPr="003F50A7">
        <w:t>ru</w:t>
      </w:r>
    </w:p>
    <w:p w14:paraId="2C7B7C64" w14:textId="77777777" w:rsidR="005033FD" w:rsidRPr="003F50A7" w:rsidRDefault="00000000">
      <w:pPr>
        <w:rPr>
          <w:lang w:val="ru-RU"/>
        </w:rPr>
      </w:pPr>
      <w:r w:rsidRPr="003F50A7">
        <w:t>E</w:t>
      </w:r>
      <w:r w:rsidRPr="003F50A7">
        <w:rPr>
          <w:lang w:val="ru-RU"/>
        </w:rPr>
        <w:t>-</w:t>
      </w:r>
      <w:r w:rsidRPr="003F50A7">
        <w:t>mail</w:t>
      </w:r>
      <w:r w:rsidRPr="003F50A7">
        <w:rPr>
          <w:lang w:val="ru-RU"/>
        </w:rPr>
        <w:t xml:space="preserve"> для обращений по вопросам персональных данных: </w:t>
      </w:r>
      <w:r w:rsidRPr="003F50A7">
        <w:t>marketing</w:t>
      </w:r>
      <w:r w:rsidRPr="003F50A7">
        <w:rPr>
          <w:lang w:val="ru-RU"/>
        </w:rPr>
        <w:t>@</w:t>
      </w:r>
      <w:r w:rsidRPr="003F50A7">
        <w:t>ideafixgroup</w:t>
      </w:r>
      <w:r w:rsidRPr="003F50A7">
        <w:rPr>
          <w:lang w:val="ru-RU"/>
        </w:rPr>
        <w:t>.</w:t>
      </w:r>
      <w:r w:rsidRPr="003F50A7">
        <w:t>com</w:t>
      </w:r>
    </w:p>
    <w:p w14:paraId="185FC3D3" w14:textId="77777777" w:rsidR="005033FD" w:rsidRPr="003F50A7" w:rsidRDefault="00000000">
      <w:r w:rsidRPr="003F50A7">
        <w:t>Телефон: +7 (351) 701-66-31</w:t>
      </w:r>
    </w:p>
    <w:p w14:paraId="2CE831AC" w14:textId="5FFD94CB" w:rsidR="005033FD" w:rsidRPr="003F50A7" w:rsidRDefault="005033FD">
      <w:pPr>
        <w:pStyle w:val="Small"/>
        <w:jc w:val="center"/>
        <w:rPr>
          <w:color w:val="auto"/>
        </w:rPr>
      </w:pPr>
    </w:p>
    <w:sectPr w:rsidR="005033FD" w:rsidRPr="003F50A7" w:rsidSect="00034616">
      <w:pgSz w:w="12240" w:h="15840"/>
      <w:pgMar w:top="1020" w:right="96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01006063">
    <w:abstractNumId w:val="8"/>
  </w:num>
  <w:num w:numId="2" w16cid:durableId="1734040634">
    <w:abstractNumId w:val="6"/>
  </w:num>
  <w:num w:numId="3" w16cid:durableId="243610122">
    <w:abstractNumId w:val="5"/>
  </w:num>
  <w:num w:numId="4" w16cid:durableId="1358854477">
    <w:abstractNumId w:val="4"/>
  </w:num>
  <w:num w:numId="5" w16cid:durableId="2126078509">
    <w:abstractNumId w:val="7"/>
  </w:num>
  <w:num w:numId="6" w16cid:durableId="335302413">
    <w:abstractNumId w:val="3"/>
  </w:num>
  <w:num w:numId="7" w16cid:durableId="37316396">
    <w:abstractNumId w:val="2"/>
  </w:num>
  <w:num w:numId="8" w16cid:durableId="696004890">
    <w:abstractNumId w:val="1"/>
  </w:num>
  <w:num w:numId="9" w16cid:durableId="318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50A7"/>
    <w:rsid w:val="004D5338"/>
    <w:rsid w:val="005033FD"/>
    <w:rsid w:val="00AA1D8D"/>
    <w:rsid w:val="00B47730"/>
    <w:rsid w:val="00CB0664"/>
    <w:rsid w:val="00FB2E83"/>
    <w:rsid w:val="00FC693F"/>
    <w:rsid w:val="00FD2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A11DA"/>
  <w14:defaultImageDpi w14:val="300"/>
  <w15:docId w15:val="{DFC953B7-0FDE-4302-B043-C518553A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rFonts w:ascii="Arial" w:eastAsia="Arial" w:hAnsi="Arial"/>
      <w:color w:val="555555"/>
      <w:sz w:val="16"/>
    </w:rPr>
  </w:style>
  <w:style w:type="paragraph" w:customStyle="1" w:styleId="Note">
    <w:name w:val="Note"/>
    <w:rPr>
      <w:rFonts w:ascii="Arial" w:eastAsia="Arial" w:hAnsi="Arial"/>
      <w:i/>
      <w:color w:val="50505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конфиденциальности ideafixgroup.ru</dc:title>
  <dc:subject>Персональные данные</dc:subject>
  <dc:creator/>
  <cp:keywords/>
  <dc:description/>
  <cp:lastModifiedBy>Ирина Клепикова</cp:lastModifiedBy>
  <cp:revision>3</cp:revision>
  <dcterms:created xsi:type="dcterms:W3CDTF">2013-12-23T23:15:00Z</dcterms:created>
  <dcterms:modified xsi:type="dcterms:W3CDTF">2026-07-31T07:03:00Z</dcterms:modified>
  <cp:category/>
</cp:coreProperties>
</file>